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40"/>
      </w:pPr>
      <w:r>
        <w:rPr>
          <w:rFonts w:ascii="Aptos" w:hAnsi="Aptos"/>
          <w:b/>
          <w:color w:val="2A6F6B"/>
          <w:sz w:val="19"/>
        </w:rPr>
        <w:t>PREMIÈRE PRISE EN MAIN</w:t>
      </w:r>
    </w:p>
    <w:p>
      <w:pPr>
        <w:keepNext/>
        <w:spacing w:after="100"/>
      </w:pPr>
      <w:r>
        <w:rPr>
          <w:rFonts w:ascii="Aptos Display" w:hAnsi="Aptos Display"/>
          <w:b/>
          <w:color w:val="183444"/>
          <w:sz w:val="48"/>
        </w:rPr>
        <w:t>Tutoriel 2 — Épargne pour un vélo</w:t>
      </w:r>
    </w:p>
    <w:p>
      <w:pPr>
        <w:spacing w:after="280"/>
      </w:pPr>
      <w:r>
        <w:rPr>
          <w:rFonts w:ascii="Aptos" w:hAnsi="Aptos"/>
          <w:b/>
          <w:color w:val="275D78"/>
          <w:sz w:val="24"/>
        </w:rPr>
        <w:t>Analyse dynamique — Première prise en main</w:t>
      </w:r>
    </w:p>
    <w:p>
      <w:pPr>
        <w:pStyle w:val="Heading1"/>
      </w:pPr>
      <w:r>
        <w:t>Préambule</w:t>
      </w:r>
    </w:p>
    <w:p>
      <w:r>
        <w:rPr>
          <w:rFonts w:ascii="Aptos" w:hAnsi="Aptos"/>
          <w:i w:val="0"/>
          <w:sz w:val="21"/>
        </w:rPr>
        <w:t>Cet exemple volontairement simple est conçu pour vous permettre de prendre en main MeilleureDécision et de pratiquer une première analyse dynamique.</w:t>
      </w:r>
    </w:p>
    <w:p>
      <w:r>
        <w:rPr>
          <w:rFonts w:ascii="Aptos" w:hAnsi="Aptos"/>
          <w:i w:val="0"/>
          <w:sz w:val="21"/>
        </w:rPr>
        <w:t>Il ne présente qu’une partie des possibilités de la méthode. D’autres exemples, plus élaborés et plus représentatifs de la diversité des problèmes pouvant être étudiés, sont prévus ultérieurement.</w:t>
      </w:r>
    </w:p>
    <w:p>
      <w:pPr>
        <w:pStyle w:val="Heading1"/>
      </w:pPr>
      <w:r>
        <w:t>Objectif</w:t>
      </w:r>
    </w:p>
    <w:p>
      <w:r>
        <w:rPr>
          <w:rFonts w:ascii="Aptos" w:hAnsi="Aptos"/>
          <w:i w:val="0"/>
          <w:sz w:val="21"/>
        </w:rPr>
        <w:t>Construire un petit modèle dynamique montrant l’évolution d’une épargne pendant quatre mois. Cet exemple introduit un stock, sa valeur initiale, un flux entrant, un flux sortant et leur calcul période après période.</w:t>
      </w:r>
    </w:p>
    <w:p>
      <w:pPr>
        <w:pStyle w:val="Heading1"/>
      </w:pPr>
      <w:r>
        <w:t>Préparer votre journal</w:t>
      </w:r>
    </w:p>
    <w:p>
      <w:r>
        <w:rPr>
          <w:rFonts w:ascii="Aptos" w:hAnsi="Aptos"/>
          <w:i w:val="0"/>
          <w:sz w:val="21"/>
        </w:rPr>
        <w:t>Créez un journal sur le support de votre choix : cahier, document texte ou autre support personnel.</w:t>
      </w:r>
    </w:p>
    <w:p>
      <w:r>
        <w:rPr>
          <w:rFonts w:ascii="Aptos" w:hAnsi="Aptos"/>
          <w:i w:val="0"/>
          <w:sz w:val="21"/>
        </w:rPr>
        <w:t>Recopiez uniquement la description initiale suivante :</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DESCRIPTION INITIALE À RECOPIER</w:t>
            </w:r>
          </w:p>
          <w:p>
            <w:pPr>
              <w:spacing w:after="0"/>
            </w:pPr>
            <w:r>
              <w:rPr>
                <w:rFonts w:ascii="Aptos" w:hAnsi="Aptos"/>
                <w:i/>
                <w:color w:val="183444"/>
                <w:sz w:val="21"/>
              </w:rPr>
              <w:t>Une personne met de l’argent de côté pour acheter un vélo. Son épargne évolue chaque mois selon l’argent qu’elle gagne et les dépenses qu’elle effectue. Elle souhaite comprendre comment son épargne pourrait évoluer pendant les quatre prochains mois.</w:t>
            </w:r>
          </w:p>
        </w:tc>
      </w:tr>
    </w:tbl>
    <w:p>
      <w:pPr>
        <w:spacing w:after="0"/>
      </w:pPr>
    </w:p>
    <w:p>
      <w:pPr>
        <w:pStyle w:val="Heading2"/>
      </w:pPr>
      <w:r>
        <w:t>À propos de votre journal</w:t>
      </w:r>
    </w:p>
    <w:p>
      <w:r>
        <w:rPr>
          <w:rFonts w:ascii="Aptos" w:hAnsi="Aptos"/>
          <w:i w:val="0"/>
          <w:sz w:val="21"/>
        </w:rPr>
        <w:t>Pour cet exemple, nous aurions pu vous fournir aussi les appréciations et les remarques d’une personne analysant ce problème. Nous préférons ne pas le faire : à partir de cette description initiale, ce journal est le vôtre.</w:t>
      </w:r>
    </w:p>
    <w:p>
      <w:r>
        <w:rPr>
          <w:rFonts w:ascii="Aptos" w:hAnsi="Aptos"/>
          <w:i w:val="0"/>
          <w:sz w:val="21"/>
        </w:rPr>
        <w:t>Au cours de l’étude, vous pouvez y noter vos propres appréciations, questions, remarques, hésitations ou raisons ayant conduit à certains choix. Il n’existe aucune réponse attendue ni aucun autre texte à recopier.</w:t>
      </w:r>
    </w:p>
    <w:p>
      <w:r>
        <w:rPr>
          <w:rFonts w:ascii="Aptos" w:hAnsi="Aptos"/>
          <w:i w:val="0"/>
          <w:sz w:val="21"/>
        </w:rPr>
        <w:t>Le tutoriel vous accompagne dans l’utilisation de MeilleureDécision, mais il ne vous indique pas à l’avance le regard que vous devez porter sur le problème.</w:t>
      </w:r>
    </w:p>
    <w:p>
      <w:pPr>
        <w:pStyle w:val="Heading1"/>
      </w:pPr>
      <w:r>
        <w:t>Avant de créer l’étude</w:t>
      </w:r>
    </w:p>
    <w:p>
      <w:pPr>
        <w:pStyle w:val="ListNumber"/>
      </w:pPr>
      <w:r>
        <w:rPr>
          <w:rFonts w:ascii="Aptos" w:hAnsi="Aptos"/>
          <w:sz w:val="21"/>
        </w:rPr>
        <w:t>Sur la page d’accueil, cliquez sur Commencer.</w:t>
      </w:r>
    </w:p>
    <w:p>
      <w:pPr>
        <w:pStyle w:val="ListNumber"/>
      </w:pPr>
      <w:r>
        <w:rPr>
          <w:rFonts w:ascii="Aptos" w:hAnsi="Aptos"/>
          <w:sz w:val="21"/>
        </w:rPr>
        <w:t>La page Problèmes s’affiche.</w:t>
      </w:r>
    </w:p>
    <w:p>
      <w:pPr>
        <w:pStyle w:val="ListNumber"/>
      </w:pPr>
      <w:r>
        <w:rPr>
          <w:rFonts w:ascii="Aptos" w:hAnsi="Aptos"/>
          <w:sz w:val="21"/>
        </w:rPr>
        <w:t>Cliquez sur Guide d’utilisation.</w:t>
      </w:r>
    </w:p>
    <w:p>
      <w:pPr>
        <w:pStyle w:val="ListNumber"/>
      </w:pPr>
      <w:r>
        <w:rPr>
          <w:rFonts w:ascii="Aptos" w:hAnsi="Aptos"/>
          <w:sz w:val="21"/>
        </w:rPr>
        <w:t>Lisez entièrement le Guide.</w:t>
      </w:r>
    </w:p>
    <w:p>
      <w:pPr>
        <w:pStyle w:val="ListNumber"/>
      </w:pPr>
      <w:r>
        <w:rPr>
          <w:rFonts w:ascii="Aptos" w:hAnsi="Aptos"/>
          <w:sz w:val="21"/>
        </w:rPr>
        <w:t>Cliquez sur Fermer.</w:t>
      </w:r>
    </w:p>
    <w:p>
      <w:pPr>
        <w:pStyle w:val="ListNumber"/>
      </w:pPr>
      <w:r>
        <w:rPr>
          <w:rFonts w:ascii="Aptos" w:hAnsi="Aptos"/>
          <w:sz w:val="21"/>
        </w:rPr>
        <w:t>Cliquez sur Aide.</w:t>
      </w:r>
    </w:p>
    <w:p>
      <w:pPr>
        <w:pStyle w:val="ListNumber"/>
      </w:pPr>
      <w:r>
        <w:rPr>
          <w:rFonts w:ascii="Aptos" w:hAnsi="Aptos"/>
          <w:sz w:val="21"/>
        </w:rPr>
        <w:t>Lisez l’Aide de la page Problèmes.</w:t>
      </w:r>
    </w:p>
    <w:p>
      <w:pPr>
        <w:pStyle w:val="ListNumber"/>
      </w:pPr>
      <w:r>
        <w:rPr>
          <w:rFonts w:ascii="Aptos" w:hAnsi="Aptos"/>
          <w:sz w:val="21"/>
        </w:rPr>
        <w:t>Cliquez sur Fermer.</w:t>
      </w:r>
    </w:p>
    <w:p>
      <w:r>
        <w:rPr>
          <w:rFonts w:ascii="Aptos" w:hAnsi="Aptos"/>
          <w:i w:val="0"/>
          <w:sz w:val="21"/>
        </w:rPr>
        <w:t>Par la suite, lors de votre première arrivée sur une nouvelle page, ce tutoriel vous demandera d’en lire l’Aide avant d’effectuer les actions propres à l’exemple. Vous pourrez naturellement rouvrir une Aide déjà lue si vous en ressentez le besoin.</w:t>
      </w:r>
    </w:p>
    <w:p>
      <w:pPr>
        <w:pStyle w:val="Heading1"/>
      </w:pPr>
      <w:r>
        <w:t>Créer le problème</w:t>
      </w:r>
    </w:p>
    <w:p>
      <w:r>
        <w:rPr>
          <w:rFonts w:ascii="Aptos" w:hAnsi="Aptos"/>
          <w:b w:val="0"/>
          <w:sz w:val="21"/>
        </w:rPr>
        <w:t xml:space="preserve">Sur la page </w:t>
      </w:r>
      <w:r>
        <w:rPr>
          <w:rFonts w:ascii="Consolas" w:hAnsi="Consolas"/>
          <w:b/>
          <w:color w:val="183444"/>
          <w:sz w:val="19"/>
        </w:rPr>
        <w:t>Problèmes</w:t>
      </w:r>
      <w:r>
        <w:rPr>
          <w:rFonts w:ascii="Aptos" w:hAnsi="Aptos"/>
          <w:b w:val="0"/>
          <w:sz w:val="21"/>
        </w:rPr>
        <w:t xml:space="preserve"> :</w:t>
      </w:r>
    </w:p>
    <w:p>
      <w:pPr>
        <w:pStyle w:val="ListNumber"/>
      </w:pPr>
      <w:r>
        <w:rPr>
          <w:rFonts w:ascii="Aptos" w:hAnsi="Aptos"/>
          <w:sz w:val="21"/>
        </w:rPr>
        <w:t>Dans le champ Nom court du nouveau problème, saisissez : Épargne pour un vélo</w:t>
      </w:r>
    </w:p>
    <w:p>
      <w:pPr>
        <w:pStyle w:val="ListNumber"/>
      </w:pPr>
      <w:r>
        <w:rPr>
          <w:rFonts w:ascii="Aptos" w:hAnsi="Aptos"/>
          <w:sz w:val="21"/>
        </w:rPr>
        <w:t>Cliquez sur Créer un nouveau problème.</w:t>
      </w:r>
    </w:p>
    <w:p>
      <w:pPr>
        <w:pStyle w:val="ListNumber"/>
      </w:pPr>
      <w:r>
        <w:rPr>
          <w:rFonts w:ascii="Aptos" w:hAnsi="Aptos"/>
          <w:sz w:val="21"/>
        </w:rPr>
        <w:t>Dans la ligne du problème Épargne pour un vélo, cliquez sur Définir / ouvrir le problème.</w:t>
      </w:r>
    </w:p>
    <w:p>
      <w:pPr>
        <w:pStyle w:val="Heading1"/>
      </w:pPr>
      <w:r>
        <w:t>Choisir le type d’analyse</w:t>
      </w:r>
    </w:p>
    <w:p>
      <w:r>
        <w:rPr>
          <w:rFonts w:ascii="Aptos" w:hAnsi="Aptos"/>
          <w:i w:val="0"/>
          <w:sz w:val="21"/>
        </w:rPr>
        <w:t>La page Type d’analyse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Choisissez Analyse dynamique.</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912"/>
        <w:gridCol w:w="2808"/>
      </w:tblGrid>
      <w:tr>
        <w:trPr>
          <w:tblHeader w:val="true"/>
        </w:trPr>
        <w:tc>
          <w:tcPr>
            <w:tcW w:type="dxa" w:w="6912"/>
            <w:shd w:fill="EAF2F6"/>
            <w:tcMar>
              <w:top w:w="90" w:type="dxa"/>
              <w:start w:w="120" w:type="dxa"/>
              <w:bottom w:w="90" w:type="dxa"/>
              <w:end w:w="120" w:type="dxa"/>
            </w:tcMar>
            <w:vAlign w:val="center"/>
          </w:tcPr>
          <w:p>
            <w:pPr>
              <w:spacing w:after="0"/>
              <w:jc w:val="left"/>
            </w:pPr>
            <w:r>
              <w:rPr>
                <w:rFonts w:ascii="Aptos" w:hAnsi="Aptos"/>
                <w:b/>
                <w:color w:val="183444"/>
                <w:sz w:val="18"/>
              </w:rPr>
              <w:t>Champ</w:t>
            </w:r>
          </w:p>
        </w:tc>
        <w:tc>
          <w:tcPr>
            <w:tcW w:type="dxa" w:w="2808"/>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912"/>
            <w:tcMar>
              <w:top w:w="90" w:type="dxa"/>
              <w:start w:w="120" w:type="dxa"/>
              <w:bottom w:w="90" w:type="dxa"/>
              <w:end w:w="120" w:type="dxa"/>
            </w:tcMar>
            <w:vAlign w:val="center"/>
          </w:tcPr>
          <w:p>
            <w:pPr>
              <w:spacing w:after="0"/>
              <w:jc w:val="left"/>
            </w:pPr>
            <w:r>
              <w:rPr>
                <w:rFonts w:ascii="Aptos" w:hAnsi="Aptos"/>
                <w:sz w:val="18"/>
              </w:rPr>
              <w:t>Horizon</w:t>
            </w:r>
          </w:p>
        </w:tc>
        <w:tc>
          <w:tcPr>
            <w:tcW w:type="dxa" w:w="2808"/>
            <w:tcMar>
              <w:top w:w="90" w:type="dxa"/>
              <w:start w:w="120" w:type="dxa"/>
              <w:bottom w:w="90" w:type="dxa"/>
              <w:end w:w="120" w:type="dxa"/>
            </w:tcMar>
            <w:vAlign w:val="center"/>
          </w:tcPr>
          <w:p>
            <w:pPr>
              <w:spacing w:after="0"/>
              <w:jc w:val="center"/>
            </w:pPr>
            <w:r>
              <w:rPr>
                <w:rFonts w:ascii="Aptos" w:hAnsi="Aptos"/>
                <w:sz w:val="18"/>
              </w:rPr>
              <w:t>4</w:t>
            </w:r>
          </w:p>
        </w:tc>
      </w:tr>
      <w:tr>
        <w:tc>
          <w:tcPr>
            <w:tcW w:type="dxa" w:w="6912"/>
            <w:tcMar>
              <w:top w:w="90" w:type="dxa"/>
              <w:start w:w="120" w:type="dxa"/>
              <w:bottom w:w="90" w:type="dxa"/>
              <w:end w:w="120" w:type="dxa"/>
            </w:tcMar>
            <w:vAlign w:val="center"/>
          </w:tcPr>
          <w:p>
            <w:pPr>
              <w:spacing w:after="0"/>
              <w:jc w:val="left"/>
            </w:pPr>
            <w:r>
              <w:rPr>
                <w:rFonts w:ascii="Aptos" w:hAnsi="Aptos"/>
                <w:sz w:val="18"/>
              </w:rPr>
              <w:t>Unité de temps</w:t>
            </w:r>
          </w:p>
        </w:tc>
        <w:tc>
          <w:tcPr>
            <w:tcW w:type="dxa" w:w="2808"/>
            <w:tcMar>
              <w:top w:w="90" w:type="dxa"/>
              <w:start w:w="120" w:type="dxa"/>
              <w:bottom w:w="90" w:type="dxa"/>
              <w:end w:w="120" w:type="dxa"/>
            </w:tcMar>
            <w:vAlign w:val="center"/>
          </w:tcPr>
          <w:p>
            <w:pPr>
              <w:spacing w:after="0"/>
              <w:jc w:val="center"/>
            </w:pPr>
            <w:r>
              <w:rPr>
                <w:rFonts w:ascii="Aptos" w:hAnsi="Aptos"/>
                <w:sz w:val="18"/>
              </w:rPr>
              <w:t>mois</w:t>
            </w:r>
          </w:p>
        </w:tc>
      </w:tr>
    </w:tbl>
    <w:p>
      <w:pPr>
        <w:spacing w:after="0"/>
      </w:pPr>
    </w:p>
    <w:p>
      <w:pPr>
        <w:pStyle w:val="ListNumber"/>
      </w:pPr>
      <w:r>
        <w:rPr>
          <w:rFonts w:ascii="Aptos" w:hAnsi="Aptos"/>
          <w:sz w:val="21"/>
        </w:rPr>
        <w:t>Cliquez sur Valider le choix.</w:t>
      </w:r>
    </w:p>
    <w:p>
      <w:pPr>
        <w:pStyle w:val="ListNumber"/>
      </w:pPr>
      <w:r>
        <w:rPr>
          <w:rFonts w:ascii="Aptos" w:hAnsi="Aptos"/>
          <w:sz w:val="21"/>
        </w:rPr>
        <w:t>Cliquez sur Passer à l’étape suivante.</w:t>
      </w:r>
    </w:p>
    <w:p>
      <w:pPr>
        <w:pStyle w:val="Heading1"/>
        <w:pageBreakBefore/>
      </w:pPr>
      <w:r>
        <w:t>R1 — Construire le premier stock</w:t>
      </w:r>
    </w:p>
    <w:p>
      <w:r>
        <w:rPr>
          <w:rFonts w:ascii="Aptos" w:hAnsi="Aptos"/>
          <w:i w:val="0"/>
          <w:sz w:val="21"/>
        </w:rPr>
        <w:t>La page Ajout d’un nouveau stock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R1 ne comporte pas de page Choix de l’opération.</w:t>
      </w:r>
    </w:p>
    <w:p>
      <w:pPr>
        <w:pStyle w:val="Heading2"/>
      </w:pPr>
      <w:r>
        <w:t>Le stock</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Champ</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Nom</w:t>
            </w:r>
          </w:p>
        </w:tc>
        <w:tc>
          <w:tcPr>
            <w:tcW w:type="dxa" w:w="3240"/>
            <w:tcMar>
              <w:top w:w="90" w:type="dxa"/>
              <w:start w:w="120" w:type="dxa"/>
              <w:bottom w:w="90" w:type="dxa"/>
              <w:end w:w="120" w:type="dxa"/>
            </w:tcMar>
            <w:vAlign w:val="center"/>
          </w:tcPr>
          <w:p>
            <w:pPr>
              <w:spacing w:after="0"/>
              <w:jc w:val="center"/>
            </w:pPr>
            <w:r>
              <w:rPr>
                <w:rFonts w:ascii="Aptos" w:hAnsi="Aptos"/>
                <w:sz w:val="18"/>
              </w:rPr>
              <w:t>Épargne</w:t>
            </w:r>
          </w:p>
        </w:tc>
      </w:tr>
      <w:tr>
        <w:tc>
          <w:tcPr>
            <w:tcW w:type="dxa" w:w="6480"/>
            <w:tcMar>
              <w:top w:w="90" w:type="dxa"/>
              <w:start w:w="120" w:type="dxa"/>
              <w:bottom w:w="90" w:type="dxa"/>
              <w:end w:w="120" w:type="dxa"/>
            </w:tcMar>
            <w:vAlign w:val="center"/>
          </w:tcPr>
          <w:p>
            <w:pPr>
              <w:spacing w:after="0"/>
              <w:jc w:val="left"/>
            </w:pPr>
            <w:r>
              <w:rPr>
                <w:rFonts w:ascii="Aptos" w:hAnsi="Aptos"/>
                <w:sz w:val="18"/>
              </w:rPr>
              <w:t>Minimum</w:t>
            </w:r>
          </w:p>
        </w:tc>
        <w:tc>
          <w:tcPr>
            <w:tcW w:type="dxa" w:w="3240"/>
            <w:tcMar>
              <w:top w:w="90" w:type="dxa"/>
              <w:start w:w="120" w:type="dxa"/>
              <w:bottom w:w="90" w:type="dxa"/>
              <w:end w:w="120" w:type="dxa"/>
            </w:tcMar>
            <w:vAlign w:val="center"/>
          </w:tcPr>
          <w:p>
            <w:pPr>
              <w:spacing w:after="0"/>
              <w:jc w:val="center"/>
            </w:pPr>
            <w:r>
              <w:rPr>
                <w:rFonts w:ascii="Aptos" w:hAnsi="Aptos"/>
                <w:sz w:val="18"/>
              </w:rPr>
              <w:t>0</w:t>
            </w:r>
          </w:p>
        </w:tc>
      </w:tr>
      <w:tr>
        <w:tc>
          <w:tcPr>
            <w:tcW w:type="dxa" w:w="6480"/>
            <w:tcMar>
              <w:top w:w="90" w:type="dxa"/>
              <w:start w:w="120" w:type="dxa"/>
              <w:bottom w:w="90" w:type="dxa"/>
              <w:end w:w="120" w:type="dxa"/>
            </w:tcMar>
            <w:vAlign w:val="center"/>
          </w:tcPr>
          <w:p>
            <w:pPr>
              <w:spacing w:after="0"/>
              <w:jc w:val="left"/>
            </w:pPr>
            <w:r>
              <w:rPr>
                <w:rFonts w:ascii="Aptos" w:hAnsi="Aptos"/>
                <w:sz w:val="18"/>
              </w:rPr>
              <w:t>Maximum</w:t>
            </w:r>
          </w:p>
        </w:tc>
        <w:tc>
          <w:tcPr>
            <w:tcW w:type="dxa" w:w="3240"/>
            <w:tcMar>
              <w:top w:w="90" w:type="dxa"/>
              <w:start w:w="120" w:type="dxa"/>
              <w:bottom w:w="90" w:type="dxa"/>
              <w:end w:w="120" w:type="dxa"/>
            </w:tcMar>
            <w:vAlign w:val="center"/>
          </w:tcPr>
          <w:p>
            <w:pPr>
              <w:spacing w:after="0"/>
              <w:jc w:val="center"/>
            </w:pPr>
            <w:r>
              <w:rPr>
                <w:rFonts w:ascii="Aptos" w:hAnsi="Aptos"/>
                <w:sz w:val="18"/>
              </w:rPr>
              <w:t>150</w:t>
            </w:r>
          </w:p>
        </w:tc>
      </w:tr>
    </w:tbl>
    <w:p>
      <w:pPr>
        <w:spacing w:after="0"/>
      </w:pPr>
    </w:p>
    <w:p>
      <w:r>
        <w:rPr>
          <w:rFonts w:ascii="Aptos" w:hAnsi="Aptos"/>
          <w:i w:val="0"/>
          <w:sz w:val="21"/>
        </w:rPr>
        <w:t>Le stock lui-même ne possède pas de statut.</w:t>
      </w:r>
    </w:p>
    <w:p>
      <w:pPr>
        <w:pStyle w:val="Heading2"/>
      </w:pPr>
      <w:r>
        <w:t>Le stock initial</w:t>
      </w:r>
    </w:p>
    <w:p>
      <w:pPr>
        <w:pStyle w:val="ListNumber"/>
      </w:pPr>
      <w:r>
        <w:rPr>
          <w:rFonts w:ascii="Aptos" w:hAnsi="Aptos"/>
          <w:sz w:val="21"/>
        </w:rPr>
        <w:t>Dans Nom, saisissez Épargne initiale.</w:t>
      </w:r>
    </w:p>
    <w:p>
      <w:pPr>
        <w:pStyle w:val="ListNumber"/>
      </w:pPr>
      <w:r>
        <w:rPr>
          <w:rFonts w:ascii="Aptos" w:hAnsi="Aptos"/>
          <w:sz w:val="21"/>
        </w:rPr>
        <w:t>Dans Valeur, saisissez 20.</w:t>
      </w:r>
    </w:p>
    <w:p>
      <w:pPr>
        <w:pStyle w:val="ListNumber"/>
      </w:pPr>
      <w:r>
        <w:rPr>
          <w:rFonts w:ascii="Aptos" w:hAnsi="Aptos"/>
          <w:sz w:val="21"/>
        </w:rPr>
        <w:t>Laissez vides les champs Minimum et Maximum provisoirement affichés.</w:t>
      </w:r>
    </w:p>
    <w:p>
      <w:pPr>
        <w:pStyle w:val="ListNumber"/>
      </w:pPr>
      <w:r>
        <w:rPr>
          <w:rFonts w:ascii="Aptos" w:hAnsi="Aptos"/>
          <w:sz w:val="21"/>
        </w:rPr>
        <w:t>Dans Statut, choisissez Constante fixée.</w:t>
      </w:r>
    </w:p>
    <w:p>
      <w:r>
        <w:rPr>
          <w:rFonts w:ascii="Aptos" w:hAnsi="Aptos"/>
          <w:i w:val="0"/>
          <w:sz w:val="21"/>
        </w:rPr>
        <w:t>Les champs de bornes disparaissent alors, car une constante fixée possède une valeur unique.</w:t>
      </w:r>
    </w:p>
    <w:p>
      <w:pPr>
        <w:pStyle w:val="Heading2"/>
      </w:pPr>
      <w:r>
        <w:t>Le flux entrant</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Champ</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Nom</w:t>
            </w:r>
          </w:p>
        </w:tc>
        <w:tc>
          <w:tcPr>
            <w:tcW w:type="dxa" w:w="3240"/>
            <w:tcMar>
              <w:top w:w="90" w:type="dxa"/>
              <w:start w:w="120" w:type="dxa"/>
              <w:bottom w:w="90" w:type="dxa"/>
              <w:end w:w="120" w:type="dxa"/>
            </w:tcMar>
            <w:vAlign w:val="center"/>
          </w:tcPr>
          <w:p>
            <w:pPr>
              <w:spacing w:after="0"/>
              <w:jc w:val="center"/>
            </w:pPr>
            <w:r>
              <w:rPr>
                <w:rFonts w:ascii="Aptos" w:hAnsi="Aptos"/>
                <w:sz w:val="18"/>
              </w:rPr>
              <w:t>Argent gagné</w:t>
            </w:r>
          </w:p>
        </w:tc>
      </w:tr>
      <w:tr>
        <w:tc>
          <w:tcPr>
            <w:tcW w:type="dxa" w:w="6480"/>
            <w:tcMar>
              <w:top w:w="90" w:type="dxa"/>
              <w:start w:w="120" w:type="dxa"/>
              <w:bottom w:w="90" w:type="dxa"/>
              <w:end w:w="120" w:type="dxa"/>
            </w:tcMar>
            <w:vAlign w:val="center"/>
          </w:tcPr>
          <w:p>
            <w:pPr>
              <w:spacing w:after="0"/>
              <w:jc w:val="left"/>
            </w:pPr>
            <w:r>
              <w:rPr>
                <w:rFonts w:ascii="Aptos" w:hAnsi="Aptos"/>
                <w:sz w:val="18"/>
              </w:rPr>
              <w:t>Valeur</w:t>
            </w:r>
          </w:p>
        </w:tc>
        <w:tc>
          <w:tcPr>
            <w:tcW w:type="dxa" w:w="3240"/>
            <w:tcMar>
              <w:top w:w="90" w:type="dxa"/>
              <w:start w:w="120" w:type="dxa"/>
              <w:bottom w:w="90" w:type="dxa"/>
              <w:end w:w="120" w:type="dxa"/>
            </w:tcMar>
            <w:vAlign w:val="center"/>
          </w:tcPr>
          <w:p>
            <w:pPr>
              <w:spacing w:after="0"/>
              <w:jc w:val="center"/>
            </w:pPr>
            <w:r>
              <w:rPr>
                <w:rFonts w:ascii="Aptos" w:hAnsi="Aptos"/>
                <w:sz w:val="18"/>
              </w:rPr>
              <w:t>20</w:t>
            </w:r>
          </w:p>
        </w:tc>
      </w:tr>
      <w:tr>
        <w:tc>
          <w:tcPr>
            <w:tcW w:type="dxa" w:w="6480"/>
            <w:tcMar>
              <w:top w:w="90" w:type="dxa"/>
              <w:start w:w="120" w:type="dxa"/>
              <w:bottom w:w="90" w:type="dxa"/>
              <w:end w:w="120" w:type="dxa"/>
            </w:tcMar>
            <w:vAlign w:val="center"/>
          </w:tcPr>
          <w:p>
            <w:pPr>
              <w:spacing w:after="0"/>
              <w:jc w:val="left"/>
            </w:pPr>
            <w:r>
              <w:rPr>
                <w:rFonts w:ascii="Aptos" w:hAnsi="Aptos"/>
                <w:sz w:val="18"/>
              </w:rPr>
              <w:t>Minimum</w:t>
            </w:r>
          </w:p>
        </w:tc>
        <w:tc>
          <w:tcPr>
            <w:tcW w:type="dxa" w:w="3240"/>
            <w:tcMar>
              <w:top w:w="90" w:type="dxa"/>
              <w:start w:w="120" w:type="dxa"/>
              <w:bottom w:w="90" w:type="dxa"/>
              <w:end w:w="120" w:type="dxa"/>
            </w:tcMar>
            <w:vAlign w:val="center"/>
          </w:tcPr>
          <w:p>
            <w:pPr>
              <w:spacing w:after="0"/>
              <w:jc w:val="center"/>
            </w:pPr>
            <w:r>
              <w:rPr>
                <w:rFonts w:ascii="Aptos" w:hAnsi="Aptos"/>
                <w:sz w:val="18"/>
              </w:rPr>
              <w:t>0</w:t>
            </w:r>
          </w:p>
        </w:tc>
      </w:tr>
      <w:tr>
        <w:tc>
          <w:tcPr>
            <w:tcW w:type="dxa" w:w="6480"/>
            <w:tcMar>
              <w:top w:w="90" w:type="dxa"/>
              <w:start w:w="120" w:type="dxa"/>
              <w:bottom w:w="90" w:type="dxa"/>
              <w:end w:w="120" w:type="dxa"/>
            </w:tcMar>
            <w:vAlign w:val="center"/>
          </w:tcPr>
          <w:p>
            <w:pPr>
              <w:spacing w:after="0"/>
              <w:jc w:val="left"/>
            </w:pPr>
            <w:r>
              <w:rPr>
                <w:rFonts w:ascii="Aptos" w:hAnsi="Aptos"/>
                <w:sz w:val="18"/>
              </w:rPr>
              <w:t>Maximum</w:t>
            </w:r>
          </w:p>
        </w:tc>
        <w:tc>
          <w:tcPr>
            <w:tcW w:type="dxa" w:w="3240"/>
            <w:tcMar>
              <w:top w:w="90" w:type="dxa"/>
              <w:start w:w="120" w:type="dxa"/>
              <w:bottom w:w="90" w:type="dxa"/>
              <w:end w:w="120" w:type="dxa"/>
            </w:tcMar>
            <w:vAlign w:val="center"/>
          </w:tcPr>
          <w:p>
            <w:pPr>
              <w:spacing w:after="0"/>
              <w:jc w:val="center"/>
            </w:pPr>
            <w:r>
              <w:rPr>
                <w:rFonts w:ascii="Aptos" w:hAnsi="Aptos"/>
                <w:sz w:val="18"/>
              </w:rPr>
              <w:t>60</w:t>
            </w:r>
          </w:p>
        </w:tc>
      </w:tr>
    </w:tbl>
    <w:p>
      <w:pPr>
        <w:spacing w:after="0"/>
      </w:pPr>
    </w:p>
    <w:p>
      <w:r>
        <w:rPr>
          <w:rFonts w:ascii="Aptos" w:hAnsi="Aptos"/>
          <w:i w:val="0"/>
          <w:sz w:val="21"/>
        </w:rPr>
        <w:t>Dans Statut, vérifiez que Constante provisoire est sélectionné.</w:t>
      </w:r>
    </w:p>
    <w:p>
      <w:pPr>
        <w:pStyle w:val="Heading2"/>
        <w:pageBreakBefore/>
      </w:pPr>
      <w:r>
        <w:t>Le flux sortant</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Champ</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Nom</w:t>
            </w:r>
          </w:p>
        </w:tc>
        <w:tc>
          <w:tcPr>
            <w:tcW w:type="dxa" w:w="3240"/>
            <w:tcMar>
              <w:top w:w="90" w:type="dxa"/>
              <w:start w:w="120" w:type="dxa"/>
              <w:bottom w:w="90" w:type="dxa"/>
              <w:end w:w="120" w:type="dxa"/>
            </w:tcMar>
            <w:vAlign w:val="center"/>
          </w:tcPr>
          <w:p>
            <w:pPr>
              <w:spacing w:after="0"/>
              <w:jc w:val="center"/>
            </w:pPr>
            <w:r>
              <w:rPr>
                <w:rFonts w:ascii="Aptos" w:hAnsi="Aptos"/>
                <w:sz w:val="18"/>
              </w:rPr>
              <w:t>Dépenses</w:t>
            </w:r>
          </w:p>
        </w:tc>
      </w:tr>
      <w:tr>
        <w:tc>
          <w:tcPr>
            <w:tcW w:type="dxa" w:w="6480"/>
            <w:tcMar>
              <w:top w:w="90" w:type="dxa"/>
              <w:start w:w="120" w:type="dxa"/>
              <w:bottom w:w="90" w:type="dxa"/>
              <w:end w:w="120" w:type="dxa"/>
            </w:tcMar>
            <w:vAlign w:val="center"/>
          </w:tcPr>
          <w:p>
            <w:pPr>
              <w:spacing w:after="0"/>
              <w:jc w:val="left"/>
            </w:pPr>
            <w:r>
              <w:rPr>
                <w:rFonts w:ascii="Aptos" w:hAnsi="Aptos"/>
                <w:sz w:val="18"/>
              </w:rPr>
              <w:t>Valeur</w:t>
            </w:r>
          </w:p>
        </w:tc>
        <w:tc>
          <w:tcPr>
            <w:tcW w:type="dxa" w:w="3240"/>
            <w:tcMar>
              <w:top w:w="90" w:type="dxa"/>
              <w:start w:w="120" w:type="dxa"/>
              <w:bottom w:w="90" w:type="dxa"/>
              <w:end w:w="120" w:type="dxa"/>
            </w:tcMar>
            <w:vAlign w:val="center"/>
          </w:tcPr>
          <w:p>
            <w:pPr>
              <w:spacing w:after="0"/>
              <w:jc w:val="center"/>
            </w:pPr>
            <w:r>
              <w:rPr>
                <w:rFonts w:ascii="Aptos" w:hAnsi="Aptos"/>
                <w:sz w:val="18"/>
              </w:rPr>
              <w:t>5</w:t>
            </w:r>
          </w:p>
        </w:tc>
      </w:tr>
      <w:tr>
        <w:tc>
          <w:tcPr>
            <w:tcW w:type="dxa" w:w="6480"/>
            <w:tcMar>
              <w:top w:w="90" w:type="dxa"/>
              <w:start w:w="120" w:type="dxa"/>
              <w:bottom w:w="90" w:type="dxa"/>
              <w:end w:w="120" w:type="dxa"/>
            </w:tcMar>
            <w:vAlign w:val="center"/>
          </w:tcPr>
          <w:p>
            <w:pPr>
              <w:spacing w:after="0"/>
              <w:jc w:val="left"/>
            </w:pPr>
            <w:r>
              <w:rPr>
                <w:rFonts w:ascii="Aptos" w:hAnsi="Aptos"/>
                <w:sz w:val="18"/>
              </w:rPr>
              <w:t>Minimum</w:t>
            </w:r>
          </w:p>
        </w:tc>
        <w:tc>
          <w:tcPr>
            <w:tcW w:type="dxa" w:w="3240"/>
            <w:tcMar>
              <w:top w:w="90" w:type="dxa"/>
              <w:start w:w="120" w:type="dxa"/>
              <w:bottom w:w="90" w:type="dxa"/>
              <w:end w:w="120" w:type="dxa"/>
            </w:tcMar>
            <w:vAlign w:val="center"/>
          </w:tcPr>
          <w:p>
            <w:pPr>
              <w:spacing w:after="0"/>
              <w:jc w:val="center"/>
            </w:pPr>
            <w:r>
              <w:rPr>
                <w:rFonts w:ascii="Aptos" w:hAnsi="Aptos"/>
                <w:sz w:val="18"/>
              </w:rPr>
              <w:t>0</w:t>
            </w:r>
          </w:p>
        </w:tc>
      </w:tr>
      <w:tr>
        <w:tc>
          <w:tcPr>
            <w:tcW w:type="dxa" w:w="6480"/>
            <w:tcMar>
              <w:top w:w="90" w:type="dxa"/>
              <w:start w:w="120" w:type="dxa"/>
              <w:bottom w:w="90" w:type="dxa"/>
              <w:end w:w="120" w:type="dxa"/>
            </w:tcMar>
            <w:vAlign w:val="center"/>
          </w:tcPr>
          <w:p>
            <w:pPr>
              <w:spacing w:after="0"/>
              <w:jc w:val="left"/>
            </w:pPr>
            <w:r>
              <w:rPr>
                <w:rFonts w:ascii="Aptos" w:hAnsi="Aptos"/>
                <w:sz w:val="18"/>
              </w:rPr>
              <w:t>Maximum</w:t>
            </w:r>
          </w:p>
        </w:tc>
        <w:tc>
          <w:tcPr>
            <w:tcW w:type="dxa" w:w="3240"/>
            <w:tcMar>
              <w:top w:w="90" w:type="dxa"/>
              <w:start w:w="120" w:type="dxa"/>
              <w:bottom w:w="90" w:type="dxa"/>
              <w:end w:w="120" w:type="dxa"/>
            </w:tcMar>
            <w:vAlign w:val="center"/>
          </w:tcPr>
          <w:p>
            <w:pPr>
              <w:spacing w:after="0"/>
              <w:jc w:val="center"/>
            </w:pPr>
            <w:r>
              <w:rPr>
                <w:rFonts w:ascii="Aptos" w:hAnsi="Aptos"/>
                <w:sz w:val="18"/>
              </w:rPr>
              <w:t>30</w:t>
            </w:r>
          </w:p>
        </w:tc>
      </w:tr>
    </w:tbl>
    <w:p>
      <w:pPr>
        <w:spacing w:after="0"/>
      </w:pPr>
    </w:p>
    <w:p>
      <w:r>
        <w:rPr>
          <w:rFonts w:ascii="Aptos" w:hAnsi="Aptos"/>
          <w:i w:val="0"/>
          <w:sz w:val="21"/>
        </w:rPr>
        <w:t>Dans Statut, vérifiez que Constante provisoire est sélectionné.</w:t>
      </w:r>
    </w:p>
    <w:p>
      <w:r>
        <w:rPr>
          <w:rFonts w:ascii="Aptos" w:hAnsi="Aptos"/>
          <w:i w:val="0"/>
          <w:sz w:val="21"/>
        </w:rPr>
        <w:t>Cliquez sur Enregistrer.</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L’équation du stock correspond au principe suivant :</w:t>
            </w:r>
          </w:p>
        </w:tc>
      </w:tr>
    </w:tbl>
    <w:p>
      <w:pPr>
        <w:spacing w:after="0"/>
      </w:pP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20"/>
            </w:pPr>
            <w:r>
              <w:rPr>
                <w:rFonts w:ascii="Consolas" w:hAnsi="Consolas"/>
                <w:color w:val="183444"/>
                <w:sz w:val="19"/>
              </w:rPr>
              <w:t>Épargne début période 1 = Épargne initiale</w:t>
            </w:r>
          </w:p>
          <w:p>
            <w:pPr>
              <w:spacing w:after="0"/>
            </w:pPr>
            <w:r>
              <w:rPr>
                <w:rFonts w:ascii="Consolas" w:hAnsi="Consolas"/>
                <w:color w:val="183444"/>
                <w:sz w:val="19"/>
              </w:rPr>
              <w:t>Épargne fin période = Épargne début période + Argent gagné - Dépenses</w:t>
            </w:r>
          </w:p>
        </w:tc>
      </w:tr>
    </w:tbl>
    <w:p>
      <w:pPr>
        <w:spacing w:after="0"/>
      </w:pPr>
    </w:p>
    <w:p>
      <w:r>
        <w:rPr>
          <w:rFonts w:ascii="Aptos" w:hAnsi="Aptos"/>
          <w:i w:val="0"/>
          <w:sz w:val="21"/>
        </w:rPr>
        <w:t>Avec 20 gagnés et 5 dépensés chaque mois, le Tableau des résultats doit afficher :</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1080"/>
        <w:gridCol w:w="2520"/>
        <w:gridCol w:w="1800"/>
        <w:gridCol w:w="1800"/>
        <w:gridCol w:w="2520"/>
      </w:tblGrid>
      <w:tr>
        <w:trPr>
          <w:tblHeader w:val="true"/>
        </w:trPr>
        <w:tc>
          <w:tcPr>
            <w:tcW w:type="dxa" w:w="1080"/>
            <w:shd w:fill="EAF2F6"/>
            <w:tcMar>
              <w:top w:w="90" w:type="dxa"/>
              <w:start w:w="120" w:type="dxa"/>
              <w:bottom w:w="90" w:type="dxa"/>
              <w:end w:w="120" w:type="dxa"/>
            </w:tcMar>
            <w:vAlign w:val="center"/>
          </w:tcPr>
          <w:p>
            <w:pPr>
              <w:spacing w:after="0"/>
              <w:jc w:val="left"/>
            </w:pPr>
            <w:r>
              <w:rPr>
                <w:rFonts w:ascii="Aptos" w:hAnsi="Aptos"/>
                <w:b/>
                <w:color w:val="183444"/>
                <w:sz w:val="18"/>
              </w:rPr>
              <w:t>Période</w:t>
            </w:r>
          </w:p>
        </w:tc>
        <w:tc>
          <w:tcPr>
            <w:tcW w:type="dxa" w:w="2520"/>
            <w:shd w:fill="EAF2F6"/>
            <w:tcMar>
              <w:top w:w="90" w:type="dxa"/>
              <w:start w:w="120" w:type="dxa"/>
              <w:bottom w:w="90" w:type="dxa"/>
              <w:end w:w="120" w:type="dxa"/>
            </w:tcMar>
            <w:vAlign w:val="center"/>
          </w:tcPr>
          <w:p>
            <w:pPr>
              <w:spacing w:after="0"/>
              <w:jc w:val="center"/>
            </w:pPr>
            <w:r>
              <w:rPr>
                <w:rFonts w:ascii="Aptos" w:hAnsi="Aptos"/>
                <w:b/>
                <w:color w:val="183444"/>
                <w:sz w:val="18"/>
              </w:rPr>
              <w:t>Stock en début de période</w:t>
            </w:r>
          </w:p>
        </w:tc>
        <w:tc>
          <w:tcPr>
            <w:tcW w:type="dxa" w:w="1800"/>
            <w:shd w:fill="EAF2F6"/>
            <w:tcMar>
              <w:top w:w="90" w:type="dxa"/>
              <w:start w:w="120" w:type="dxa"/>
              <w:bottom w:w="90" w:type="dxa"/>
              <w:end w:w="120" w:type="dxa"/>
            </w:tcMar>
            <w:vAlign w:val="center"/>
          </w:tcPr>
          <w:p>
            <w:pPr>
              <w:spacing w:after="0"/>
              <w:jc w:val="center"/>
            </w:pPr>
            <w:r>
              <w:rPr>
                <w:rFonts w:ascii="Aptos" w:hAnsi="Aptos"/>
                <w:b/>
                <w:color w:val="183444"/>
                <w:sz w:val="18"/>
              </w:rPr>
              <w:t>Flux entrant</w:t>
            </w:r>
          </w:p>
        </w:tc>
        <w:tc>
          <w:tcPr>
            <w:tcW w:type="dxa" w:w="1800"/>
            <w:shd w:fill="EAF2F6"/>
            <w:tcMar>
              <w:top w:w="90" w:type="dxa"/>
              <w:start w:w="120" w:type="dxa"/>
              <w:bottom w:w="90" w:type="dxa"/>
              <w:end w:w="120" w:type="dxa"/>
            </w:tcMar>
            <w:vAlign w:val="center"/>
          </w:tcPr>
          <w:p>
            <w:pPr>
              <w:spacing w:after="0"/>
              <w:jc w:val="center"/>
            </w:pPr>
            <w:r>
              <w:rPr>
                <w:rFonts w:ascii="Aptos" w:hAnsi="Aptos"/>
                <w:b/>
                <w:color w:val="183444"/>
                <w:sz w:val="18"/>
              </w:rPr>
              <w:t>Flux sortant</w:t>
            </w:r>
          </w:p>
        </w:tc>
        <w:tc>
          <w:tcPr>
            <w:tcW w:type="dxa" w:w="2520"/>
            <w:shd w:fill="EAF2F6"/>
            <w:tcMar>
              <w:top w:w="90" w:type="dxa"/>
              <w:start w:w="120" w:type="dxa"/>
              <w:bottom w:w="90" w:type="dxa"/>
              <w:end w:w="120" w:type="dxa"/>
            </w:tcMar>
            <w:vAlign w:val="center"/>
          </w:tcPr>
          <w:p>
            <w:pPr>
              <w:spacing w:after="0"/>
              <w:jc w:val="center"/>
            </w:pPr>
            <w:r>
              <w:rPr>
                <w:rFonts w:ascii="Aptos" w:hAnsi="Aptos"/>
                <w:b/>
                <w:color w:val="183444"/>
                <w:sz w:val="18"/>
              </w:rPr>
              <w:t>Stock en fin de période</w:t>
            </w:r>
          </w:p>
        </w:tc>
      </w:tr>
      <w:tr>
        <w:tc>
          <w:tcPr>
            <w:tcW w:type="dxa" w:w="1080"/>
            <w:tcMar>
              <w:top w:w="90" w:type="dxa"/>
              <w:start w:w="120" w:type="dxa"/>
              <w:bottom w:w="90" w:type="dxa"/>
              <w:end w:w="120" w:type="dxa"/>
            </w:tcMar>
            <w:vAlign w:val="center"/>
          </w:tcPr>
          <w:p>
            <w:pPr>
              <w:spacing w:after="0"/>
              <w:jc w:val="center"/>
            </w:pPr>
            <w:r>
              <w:rPr>
                <w:rFonts w:ascii="Aptos" w:hAnsi="Aptos"/>
                <w:sz w:val="18"/>
              </w:rPr>
              <w:t>1</w:t>
            </w:r>
          </w:p>
        </w:tc>
        <w:tc>
          <w:tcPr>
            <w:tcW w:type="dxa" w:w="2520"/>
            <w:tcMar>
              <w:top w:w="90" w:type="dxa"/>
              <w:start w:w="120" w:type="dxa"/>
              <w:bottom w:w="90" w:type="dxa"/>
              <w:end w:w="120" w:type="dxa"/>
            </w:tcMar>
            <w:vAlign w:val="center"/>
          </w:tcPr>
          <w:p>
            <w:pPr>
              <w:spacing w:after="0"/>
              <w:jc w:val="center"/>
            </w:pPr>
            <w:r>
              <w:rPr>
                <w:rFonts w:ascii="Aptos" w:hAnsi="Aptos"/>
                <w:sz w:val="18"/>
              </w:rPr>
              <w:t>20</w:t>
            </w:r>
          </w:p>
        </w:tc>
        <w:tc>
          <w:tcPr>
            <w:tcW w:type="dxa" w:w="1800"/>
            <w:tcMar>
              <w:top w:w="90" w:type="dxa"/>
              <w:start w:w="120" w:type="dxa"/>
              <w:bottom w:w="90" w:type="dxa"/>
              <w:end w:w="120" w:type="dxa"/>
            </w:tcMar>
            <w:vAlign w:val="center"/>
          </w:tcPr>
          <w:p>
            <w:pPr>
              <w:spacing w:after="0"/>
              <w:jc w:val="center"/>
            </w:pPr>
            <w:r>
              <w:rPr>
                <w:rFonts w:ascii="Aptos" w:hAnsi="Aptos"/>
                <w:sz w:val="18"/>
              </w:rPr>
              <w:t>20</w:t>
            </w:r>
          </w:p>
        </w:tc>
        <w:tc>
          <w:tcPr>
            <w:tcW w:type="dxa" w:w="1800"/>
            <w:tcMar>
              <w:top w:w="90" w:type="dxa"/>
              <w:start w:w="120" w:type="dxa"/>
              <w:bottom w:w="90" w:type="dxa"/>
              <w:end w:w="120" w:type="dxa"/>
            </w:tcMar>
            <w:vAlign w:val="center"/>
          </w:tcPr>
          <w:p>
            <w:pPr>
              <w:spacing w:after="0"/>
              <w:jc w:val="center"/>
            </w:pPr>
            <w:r>
              <w:rPr>
                <w:rFonts w:ascii="Aptos" w:hAnsi="Aptos"/>
                <w:sz w:val="18"/>
              </w:rPr>
              <w:t>5</w:t>
            </w:r>
          </w:p>
        </w:tc>
        <w:tc>
          <w:tcPr>
            <w:tcW w:type="dxa" w:w="2520"/>
            <w:tcMar>
              <w:top w:w="90" w:type="dxa"/>
              <w:start w:w="120" w:type="dxa"/>
              <w:bottom w:w="90" w:type="dxa"/>
              <w:end w:w="120" w:type="dxa"/>
            </w:tcMar>
            <w:vAlign w:val="center"/>
          </w:tcPr>
          <w:p>
            <w:pPr>
              <w:spacing w:after="0"/>
              <w:jc w:val="center"/>
            </w:pPr>
            <w:r>
              <w:rPr>
                <w:rFonts w:ascii="Aptos" w:hAnsi="Aptos"/>
                <w:sz w:val="18"/>
              </w:rPr>
              <w:t>35</w:t>
            </w:r>
          </w:p>
        </w:tc>
      </w:tr>
      <w:tr>
        <w:tc>
          <w:tcPr>
            <w:tcW w:type="dxa" w:w="1080"/>
            <w:tcMar>
              <w:top w:w="90" w:type="dxa"/>
              <w:start w:w="120" w:type="dxa"/>
              <w:bottom w:w="90" w:type="dxa"/>
              <w:end w:w="120" w:type="dxa"/>
            </w:tcMar>
            <w:vAlign w:val="center"/>
          </w:tcPr>
          <w:p>
            <w:pPr>
              <w:spacing w:after="0"/>
              <w:jc w:val="center"/>
            </w:pPr>
            <w:r>
              <w:rPr>
                <w:rFonts w:ascii="Aptos" w:hAnsi="Aptos"/>
                <w:sz w:val="18"/>
              </w:rPr>
              <w:t>2</w:t>
            </w:r>
          </w:p>
        </w:tc>
        <w:tc>
          <w:tcPr>
            <w:tcW w:type="dxa" w:w="2520"/>
            <w:tcMar>
              <w:top w:w="90" w:type="dxa"/>
              <w:start w:w="120" w:type="dxa"/>
              <w:bottom w:w="90" w:type="dxa"/>
              <w:end w:w="120" w:type="dxa"/>
            </w:tcMar>
            <w:vAlign w:val="center"/>
          </w:tcPr>
          <w:p>
            <w:pPr>
              <w:spacing w:after="0"/>
              <w:jc w:val="center"/>
            </w:pPr>
            <w:r>
              <w:rPr>
                <w:rFonts w:ascii="Aptos" w:hAnsi="Aptos"/>
                <w:sz w:val="18"/>
              </w:rPr>
              <w:t>35</w:t>
            </w:r>
          </w:p>
        </w:tc>
        <w:tc>
          <w:tcPr>
            <w:tcW w:type="dxa" w:w="1800"/>
            <w:tcMar>
              <w:top w:w="90" w:type="dxa"/>
              <w:start w:w="120" w:type="dxa"/>
              <w:bottom w:w="90" w:type="dxa"/>
              <w:end w:w="120" w:type="dxa"/>
            </w:tcMar>
            <w:vAlign w:val="center"/>
          </w:tcPr>
          <w:p>
            <w:pPr>
              <w:spacing w:after="0"/>
              <w:jc w:val="center"/>
            </w:pPr>
            <w:r>
              <w:rPr>
                <w:rFonts w:ascii="Aptos" w:hAnsi="Aptos"/>
                <w:sz w:val="18"/>
              </w:rPr>
              <w:t>20</w:t>
            </w:r>
          </w:p>
        </w:tc>
        <w:tc>
          <w:tcPr>
            <w:tcW w:type="dxa" w:w="1800"/>
            <w:tcMar>
              <w:top w:w="90" w:type="dxa"/>
              <w:start w:w="120" w:type="dxa"/>
              <w:bottom w:w="90" w:type="dxa"/>
              <w:end w:w="120" w:type="dxa"/>
            </w:tcMar>
            <w:vAlign w:val="center"/>
          </w:tcPr>
          <w:p>
            <w:pPr>
              <w:spacing w:after="0"/>
              <w:jc w:val="center"/>
            </w:pPr>
            <w:r>
              <w:rPr>
                <w:rFonts w:ascii="Aptos" w:hAnsi="Aptos"/>
                <w:sz w:val="18"/>
              </w:rPr>
              <w:t>5</w:t>
            </w:r>
          </w:p>
        </w:tc>
        <w:tc>
          <w:tcPr>
            <w:tcW w:type="dxa" w:w="2520"/>
            <w:tcMar>
              <w:top w:w="90" w:type="dxa"/>
              <w:start w:w="120" w:type="dxa"/>
              <w:bottom w:w="90" w:type="dxa"/>
              <w:end w:w="120" w:type="dxa"/>
            </w:tcMar>
            <w:vAlign w:val="center"/>
          </w:tcPr>
          <w:p>
            <w:pPr>
              <w:spacing w:after="0"/>
              <w:jc w:val="center"/>
            </w:pPr>
            <w:r>
              <w:rPr>
                <w:rFonts w:ascii="Aptos" w:hAnsi="Aptos"/>
                <w:sz w:val="18"/>
              </w:rPr>
              <w:t>50</w:t>
            </w:r>
          </w:p>
        </w:tc>
      </w:tr>
      <w:tr>
        <w:tc>
          <w:tcPr>
            <w:tcW w:type="dxa" w:w="1080"/>
            <w:tcMar>
              <w:top w:w="90" w:type="dxa"/>
              <w:start w:w="120" w:type="dxa"/>
              <w:bottom w:w="90" w:type="dxa"/>
              <w:end w:w="120" w:type="dxa"/>
            </w:tcMar>
            <w:vAlign w:val="center"/>
          </w:tcPr>
          <w:p>
            <w:pPr>
              <w:spacing w:after="0"/>
              <w:jc w:val="center"/>
            </w:pPr>
            <w:r>
              <w:rPr>
                <w:rFonts w:ascii="Aptos" w:hAnsi="Aptos"/>
                <w:sz w:val="18"/>
              </w:rPr>
              <w:t>3</w:t>
            </w:r>
          </w:p>
        </w:tc>
        <w:tc>
          <w:tcPr>
            <w:tcW w:type="dxa" w:w="2520"/>
            <w:tcMar>
              <w:top w:w="90" w:type="dxa"/>
              <w:start w:w="120" w:type="dxa"/>
              <w:bottom w:w="90" w:type="dxa"/>
              <w:end w:w="120" w:type="dxa"/>
            </w:tcMar>
            <w:vAlign w:val="center"/>
          </w:tcPr>
          <w:p>
            <w:pPr>
              <w:spacing w:after="0"/>
              <w:jc w:val="center"/>
            </w:pPr>
            <w:r>
              <w:rPr>
                <w:rFonts w:ascii="Aptos" w:hAnsi="Aptos"/>
                <w:sz w:val="18"/>
              </w:rPr>
              <w:t>50</w:t>
            </w:r>
          </w:p>
        </w:tc>
        <w:tc>
          <w:tcPr>
            <w:tcW w:type="dxa" w:w="1800"/>
            <w:tcMar>
              <w:top w:w="90" w:type="dxa"/>
              <w:start w:w="120" w:type="dxa"/>
              <w:bottom w:w="90" w:type="dxa"/>
              <w:end w:w="120" w:type="dxa"/>
            </w:tcMar>
            <w:vAlign w:val="center"/>
          </w:tcPr>
          <w:p>
            <w:pPr>
              <w:spacing w:after="0"/>
              <w:jc w:val="center"/>
            </w:pPr>
            <w:r>
              <w:rPr>
                <w:rFonts w:ascii="Aptos" w:hAnsi="Aptos"/>
                <w:sz w:val="18"/>
              </w:rPr>
              <w:t>20</w:t>
            </w:r>
          </w:p>
        </w:tc>
        <w:tc>
          <w:tcPr>
            <w:tcW w:type="dxa" w:w="1800"/>
            <w:tcMar>
              <w:top w:w="90" w:type="dxa"/>
              <w:start w:w="120" w:type="dxa"/>
              <w:bottom w:w="90" w:type="dxa"/>
              <w:end w:w="120" w:type="dxa"/>
            </w:tcMar>
            <w:vAlign w:val="center"/>
          </w:tcPr>
          <w:p>
            <w:pPr>
              <w:spacing w:after="0"/>
              <w:jc w:val="center"/>
            </w:pPr>
            <w:r>
              <w:rPr>
                <w:rFonts w:ascii="Aptos" w:hAnsi="Aptos"/>
                <w:sz w:val="18"/>
              </w:rPr>
              <w:t>5</w:t>
            </w:r>
          </w:p>
        </w:tc>
        <w:tc>
          <w:tcPr>
            <w:tcW w:type="dxa" w:w="2520"/>
            <w:tcMar>
              <w:top w:w="90" w:type="dxa"/>
              <w:start w:w="120" w:type="dxa"/>
              <w:bottom w:w="90" w:type="dxa"/>
              <w:end w:w="120" w:type="dxa"/>
            </w:tcMar>
            <w:vAlign w:val="center"/>
          </w:tcPr>
          <w:p>
            <w:pPr>
              <w:spacing w:after="0"/>
              <w:jc w:val="center"/>
            </w:pPr>
            <w:r>
              <w:rPr>
                <w:rFonts w:ascii="Aptos" w:hAnsi="Aptos"/>
                <w:sz w:val="18"/>
              </w:rPr>
              <w:t>65</w:t>
            </w:r>
          </w:p>
        </w:tc>
      </w:tr>
      <w:tr>
        <w:tc>
          <w:tcPr>
            <w:tcW w:type="dxa" w:w="1080"/>
            <w:tcMar>
              <w:top w:w="90" w:type="dxa"/>
              <w:start w:w="120" w:type="dxa"/>
              <w:bottom w:w="90" w:type="dxa"/>
              <w:end w:w="120" w:type="dxa"/>
            </w:tcMar>
            <w:vAlign w:val="center"/>
          </w:tcPr>
          <w:p>
            <w:pPr>
              <w:spacing w:after="0"/>
              <w:jc w:val="center"/>
            </w:pPr>
            <w:r>
              <w:rPr>
                <w:rFonts w:ascii="Aptos" w:hAnsi="Aptos"/>
                <w:sz w:val="18"/>
              </w:rPr>
              <w:t>4</w:t>
            </w:r>
          </w:p>
        </w:tc>
        <w:tc>
          <w:tcPr>
            <w:tcW w:type="dxa" w:w="2520"/>
            <w:tcMar>
              <w:top w:w="90" w:type="dxa"/>
              <w:start w:w="120" w:type="dxa"/>
              <w:bottom w:w="90" w:type="dxa"/>
              <w:end w:w="120" w:type="dxa"/>
            </w:tcMar>
            <w:vAlign w:val="center"/>
          </w:tcPr>
          <w:p>
            <w:pPr>
              <w:spacing w:after="0"/>
              <w:jc w:val="center"/>
            </w:pPr>
            <w:r>
              <w:rPr>
                <w:rFonts w:ascii="Aptos" w:hAnsi="Aptos"/>
                <w:sz w:val="18"/>
              </w:rPr>
              <w:t>65</w:t>
            </w:r>
          </w:p>
        </w:tc>
        <w:tc>
          <w:tcPr>
            <w:tcW w:type="dxa" w:w="1800"/>
            <w:tcMar>
              <w:top w:w="90" w:type="dxa"/>
              <w:start w:w="120" w:type="dxa"/>
              <w:bottom w:w="90" w:type="dxa"/>
              <w:end w:w="120" w:type="dxa"/>
            </w:tcMar>
            <w:vAlign w:val="center"/>
          </w:tcPr>
          <w:p>
            <w:pPr>
              <w:spacing w:after="0"/>
              <w:jc w:val="center"/>
            </w:pPr>
            <w:r>
              <w:rPr>
                <w:rFonts w:ascii="Aptos" w:hAnsi="Aptos"/>
                <w:sz w:val="18"/>
              </w:rPr>
              <w:t>20</w:t>
            </w:r>
          </w:p>
        </w:tc>
        <w:tc>
          <w:tcPr>
            <w:tcW w:type="dxa" w:w="1800"/>
            <w:tcMar>
              <w:top w:w="90" w:type="dxa"/>
              <w:start w:w="120" w:type="dxa"/>
              <w:bottom w:w="90" w:type="dxa"/>
              <w:end w:w="120" w:type="dxa"/>
            </w:tcMar>
            <w:vAlign w:val="center"/>
          </w:tcPr>
          <w:p>
            <w:pPr>
              <w:spacing w:after="0"/>
              <w:jc w:val="center"/>
            </w:pPr>
            <w:r>
              <w:rPr>
                <w:rFonts w:ascii="Aptos" w:hAnsi="Aptos"/>
                <w:sz w:val="18"/>
              </w:rPr>
              <w:t>5</w:t>
            </w:r>
          </w:p>
        </w:tc>
        <w:tc>
          <w:tcPr>
            <w:tcW w:type="dxa" w:w="2520"/>
            <w:tcMar>
              <w:top w:w="90" w:type="dxa"/>
              <w:start w:w="120" w:type="dxa"/>
              <w:bottom w:w="90" w:type="dxa"/>
              <w:end w:w="120" w:type="dxa"/>
            </w:tcMar>
            <w:vAlign w:val="center"/>
          </w:tcPr>
          <w:p>
            <w:pPr>
              <w:spacing w:after="0"/>
              <w:jc w:val="center"/>
            </w:pPr>
            <w:r>
              <w:rPr>
                <w:rFonts w:ascii="Aptos" w:hAnsi="Aptos"/>
                <w:sz w:val="18"/>
              </w:rPr>
              <w:t>80</w:t>
            </w:r>
          </w:p>
        </w:tc>
      </w:tr>
    </w:tbl>
    <w:p>
      <w:pPr>
        <w:spacing w:after="0"/>
      </w:pPr>
    </w:p>
    <w:p>
      <w:r>
        <w:rPr>
          <w:rFonts w:ascii="Aptos" w:hAnsi="Aptos"/>
          <w:i w:val="0"/>
          <w:sz w:val="21"/>
        </w:rPr>
        <w:t>La fin d’une période devient le début de la période suivante.</w:t>
      </w:r>
    </w:p>
    <w:p>
      <w:r>
        <w:rPr>
          <w:rFonts w:ascii="Aptos" w:hAnsi="Aptos"/>
          <w:i w:val="0"/>
          <w:sz w:val="21"/>
        </w:rPr>
        <w:t>Si vous le souhaitez, vous pouvez noter dans votre journal les remarques personnelles que cette première évolution vous inspire.</w:t>
      </w:r>
    </w:p>
    <w:p>
      <w:r>
        <w:rPr>
          <w:rFonts w:ascii="Aptos" w:hAnsi="Aptos"/>
          <w:i w:val="0"/>
          <w:sz w:val="21"/>
        </w:rPr>
        <w:t>Cliquez sur Passer au raffinement suivant.</w:t>
      </w:r>
    </w:p>
    <w:p>
      <w:r>
        <w:rPr>
          <w:rFonts w:ascii="Aptos" w:hAnsi="Aptos"/>
          <w:i w:val="0"/>
          <w:sz w:val="21"/>
        </w:rPr>
        <w:t>R1 ne possède pas de page d’enregistrement final séparée.</w:t>
      </w:r>
    </w:p>
    <w:p>
      <w:pPr>
        <w:pStyle w:val="Heading1"/>
        <w:pageBreakBefore/>
      </w:pPr>
      <w:r>
        <w:t>R2 — Expliquer l’argent gagné</w:t>
      </w:r>
    </w:p>
    <w:p>
      <w:pPr>
        <w:pStyle w:val="Heading2"/>
      </w:pPr>
      <w:r>
        <w:t>Choisir l’opération</w:t>
      </w:r>
    </w:p>
    <w:p>
      <w:r>
        <w:rPr>
          <w:rFonts w:ascii="Aptos" w:hAnsi="Aptos"/>
          <w:i w:val="0"/>
          <w:sz w:val="21"/>
        </w:rPr>
        <w:t>La page Choix de l’opération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Choisissez Développer plus précisément une partie du modèle existant.</w:t>
      </w:r>
    </w:p>
    <w:p>
      <w:r>
        <w:rPr>
          <w:rFonts w:ascii="Aptos" w:hAnsi="Aptos"/>
          <w:i w:val="0"/>
          <w:sz w:val="21"/>
        </w:rPr>
        <w:t>Cliquez sur Enregistrer, puis sur Passer à l’étape suivante.</w:t>
      </w:r>
    </w:p>
    <w:p>
      <w:pPr>
        <w:pStyle w:val="Heading2"/>
      </w:pPr>
      <w:r>
        <w:t>Choisir la constante et saisir le texte</w:t>
      </w:r>
    </w:p>
    <w:p>
      <w:r>
        <w:rPr>
          <w:rFonts w:ascii="Aptos" w:hAnsi="Aptos"/>
          <w:i w:val="0"/>
          <w:sz w:val="21"/>
        </w:rPr>
        <w:t>La page Choix de la constante provisoire et texte du raffinement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Dans Constante provisoire à raffiner, choisissez Argent gagné.</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TEXTE DU RAFFINEMENT</w:t>
            </w:r>
          </w:p>
          <w:p>
            <w:pPr>
              <w:spacing w:after="0"/>
            </w:pPr>
            <w:r>
              <w:rPr>
                <w:rFonts w:ascii="Aptos" w:hAnsi="Aptos"/>
                <w:i/>
                <w:color w:val="183444"/>
                <w:sz w:val="21"/>
              </w:rPr>
              <w:t>L’Argent gagné dépend directement de deux grandeurs nommées « Heures de petits travaux » et « Gain par heure ». Il est égal aux Heures de petits travaux multipliées par le Gain par heure.</w:t>
            </w:r>
          </w:p>
        </w:tc>
      </w:tr>
    </w:tbl>
    <w:p>
      <w:pPr>
        <w:spacing w:after="0"/>
      </w:pPr>
    </w:p>
    <w:p>
      <w:r>
        <w:rPr>
          <w:rFonts w:ascii="Aptos" w:hAnsi="Aptos"/>
          <w:i w:val="0"/>
          <w:sz w:val="21"/>
        </w:rPr>
        <w:t>Cliquez sur Enregistrer, puis sur Passer à l’étape suivante.</w:t>
      </w:r>
    </w:p>
    <w:p>
      <w:pPr>
        <w:pStyle w:val="Heading2"/>
      </w:pPr>
      <w:r>
        <w:t>Vérifier le texte intermédiaire</w:t>
      </w:r>
    </w:p>
    <w:p>
      <w:r>
        <w:rPr>
          <w:rFonts w:ascii="Aptos" w:hAnsi="Aptos"/>
          <w:i w:val="0"/>
          <w:sz w:val="21"/>
        </w:rPr>
        <w:t>La page Texte intermédiaire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Avant de continuer</w:t>
            </w:r>
          </w:p>
          <w:p>
            <w:pPr>
              <w:spacing w:after="60"/>
            </w:pPr>
            <w:r>
              <w:rPr>
                <w:rFonts w:ascii="Aptos" w:hAnsi="Aptos"/>
                <w:sz w:val="19"/>
              </w:rPr>
              <w:t>Les propositions de l’IA peuvent varier.</w:t>
            </w:r>
          </w:p>
          <w:p>
            <w:pPr>
              <w:pStyle w:val="ListBullet"/>
              <w:spacing w:after="40"/>
              <w:ind w:left="317" w:hanging="173"/>
            </w:pPr>
            <w:r>
              <w:rPr>
                <w:rFonts w:ascii="Aptos" w:hAnsi="Aptos"/>
                <w:sz w:val="19"/>
              </w:rPr>
              <w:t>Vérifiez que le texte intermédiaire conserve bien le sens de votre raffinement.</w:t>
            </w:r>
          </w:p>
          <w:p>
            <w:pPr>
              <w:pStyle w:val="ListBullet"/>
              <w:spacing w:after="40"/>
              <w:ind w:left="317" w:hanging="173"/>
            </w:pPr>
            <w:r>
              <w:rPr>
                <w:rFonts w:ascii="Aptos" w:hAnsi="Aptos"/>
                <w:sz w:val="19"/>
              </w:rPr>
              <w:t>Pour reproduire exactement ce tutoriel, les éléments doivent être nommés Heures de petits travaux et Gain par heure.</w:t>
            </w:r>
          </w:p>
          <w:p>
            <w:pPr>
              <w:pStyle w:val="ListBullet"/>
              <w:spacing w:after="40"/>
              <w:ind w:left="317" w:hanging="173"/>
            </w:pPr>
            <w:r>
              <w:rPr>
                <w:rFonts w:ascii="Aptos" w:hAnsi="Aptos"/>
                <w:sz w:val="19"/>
              </w:rPr>
              <w:t>Si ces noms ou le sens ne sont pas respectés, revenez au texte du raffinement, utilisez Modifier et recommencez conformément à l’Aide.</w:t>
            </w:r>
          </w:p>
        </w:tc>
      </w:tr>
    </w:tbl>
    <w:p>
      <w:pPr>
        <w:spacing w:after="0"/>
      </w:pPr>
    </w:p>
    <w:p>
      <w:r>
        <w:rPr>
          <w:rFonts w:ascii="Aptos" w:hAnsi="Aptos"/>
          <w:i w:val="0"/>
          <w:sz w:val="21"/>
        </w:rPr>
        <w:t>Vérifiez ensuite que le texte conserve le mécanisme décrit, puis cliquez sur Passer à la traduction formelle.</w:t>
      </w:r>
    </w:p>
    <w:p>
      <w:pPr>
        <w:pStyle w:val="Heading2"/>
      </w:pPr>
      <w:r>
        <w:t>Vérifier la relation et les bornes</w:t>
      </w:r>
    </w:p>
    <w:p>
      <w:r>
        <w:rPr>
          <w:rFonts w:ascii="Aptos" w:hAnsi="Aptos"/>
          <w:i w:val="0"/>
          <w:sz w:val="21"/>
        </w:rPr>
        <w:t>La page Relations formelles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L’équation attendue est :</w:t>
      </w: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0"/>
            </w:pPr>
            <w:r>
              <w:rPr>
                <w:rFonts w:ascii="Consolas" w:hAnsi="Consolas"/>
                <w:color w:val="183444"/>
                <w:sz w:val="19"/>
              </w:rPr>
              <w:t>[Argent gagné] = [Heures de petits travaux] * [Gain par heure]</w:t>
            </w:r>
          </w:p>
        </w:tc>
      </w:tr>
    </w:tbl>
    <w:p>
      <w:pPr>
        <w:spacing w:after="0"/>
      </w:pPr>
    </w:p>
    <w:p>
      <w:r>
        <w:rPr>
          <w:rFonts w:ascii="Aptos" w:hAnsi="Aptos"/>
          <w:i w:val="0"/>
          <w:sz w:val="21"/>
        </w:rPr>
        <w:t>Comme Argent gagné était une constante provisoire dynamique, la page doit afficher Bornes de la grandeur calculée. Les premières bornes rappelées sont 0 à 60.</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7488"/>
        <w:gridCol w:w="2232"/>
      </w:tblGrid>
      <w:tr>
        <w:trPr>
          <w:tblHeader w:val="true"/>
        </w:trPr>
        <w:tc>
          <w:tcPr>
            <w:tcW w:type="dxa" w:w="7488"/>
            <w:shd w:fill="EAF2F6"/>
            <w:tcMar>
              <w:top w:w="90" w:type="dxa"/>
              <w:start w:w="120" w:type="dxa"/>
              <w:bottom w:w="90" w:type="dxa"/>
              <w:end w:w="120" w:type="dxa"/>
            </w:tcMar>
            <w:vAlign w:val="center"/>
          </w:tcPr>
          <w:p>
            <w:pPr>
              <w:spacing w:after="0"/>
              <w:jc w:val="left"/>
            </w:pPr>
            <w:r>
              <w:rPr>
                <w:rFonts w:ascii="Aptos" w:hAnsi="Aptos"/>
                <w:b/>
                <w:color w:val="183444"/>
                <w:sz w:val="18"/>
              </w:rPr>
              <w:t>Champ</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7488"/>
            <w:tcMar>
              <w:top w:w="90" w:type="dxa"/>
              <w:start w:w="120" w:type="dxa"/>
              <w:bottom w:w="90" w:type="dxa"/>
              <w:end w:w="120" w:type="dxa"/>
            </w:tcMar>
            <w:vAlign w:val="center"/>
          </w:tcPr>
          <w:p>
            <w:pPr>
              <w:spacing w:after="0"/>
              <w:jc w:val="left"/>
            </w:pPr>
            <w:r>
              <w:rPr>
                <w:rFonts w:ascii="Aptos" w:hAnsi="Aptos"/>
                <w:sz w:val="18"/>
              </w:rPr>
              <w:t>Nouveau minimum de la grandeur calculée</w:t>
            </w:r>
          </w:p>
        </w:tc>
        <w:tc>
          <w:tcPr>
            <w:tcW w:type="dxa" w:w="2232"/>
            <w:tcMar>
              <w:top w:w="90" w:type="dxa"/>
              <w:start w:w="120" w:type="dxa"/>
              <w:bottom w:w="90" w:type="dxa"/>
              <w:end w:w="120" w:type="dxa"/>
            </w:tcMar>
            <w:vAlign w:val="center"/>
          </w:tcPr>
          <w:p>
            <w:pPr>
              <w:spacing w:after="0"/>
              <w:jc w:val="center"/>
            </w:pPr>
            <w:r>
              <w:rPr>
                <w:rFonts w:ascii="Aptos" w:hAnsi="Aptos"/>
                <w:sz w:val="18"/>
              </w:rPr>
              <w:t>0</w:t>
            </w:r>
          </w:p>
        </w:tc>
      </w:tr>
      <w:tr>
        <w:tc>
          <w:tcPr>
            <w:tcW w:type="dxa" w:w="7488"/>
            <w:tcMar>
              <w:top w:w="90" w:type="dxa"/>
              <w:start w:w="120" w:type="dxa"/>
              <w:bottom w:w="90" w:type="dxa"/>
              <w:end w:w="120" w:type="dxa"/>
            </w:tcMar>
            <w:vAlign w:val="center"/>
          </w:tcPr>
          <w:p>
            <w:pPr>
              <w:spacing w:after="0"/>
              <w:jc w:val="left"/>
            </w:pPr>
            <w:r>
              <w:rPr>
                <w:rFonts w:ascii="Aptos" w:hAnsi="Aptos"/>
                <w:sz w:val="18"/>
              </w:rPr>
              <w:t>Nouveau maximum de la grandeur calculée</w:t>
            </w:r>
          </w:p>
        </w:tc>
        <w:tc>
          <w:tcPr>
            <w:tcW w:type="dxa" w:w="2232"/>
            <w:tcMar>
              <w:top w:w="90" w:type="dxa"/>
              <w:start w:w="120" w:type="dxa"/>
              <w:bottom w:w="90" w:type="dxa"/>
              <w:end w:w="120" w:type="dxa"/>
            </w:tcMar>
            <w:vAlign w:val="center"/>
          </w:tcPr>
          <w:p>
            <w:pPr>
              <w:spacing w:after="0"/>
              <w:jc w:val="center"/>
            </w:pPr>
            <w:r>
              <w:rPr>
                <w:rFonts w:ascii="Aptos" w:hAnsi="Aptos"/>
                <w:sz w:val="18"/>
              </w:rPr>
              <w:t>60</w:t>
            </w:r>
          </w:p>
        </w:tc>
      </w:tr>
    </w:tbl>
    <w:p>
      <w:pPr>
        <w:spacing w:after="0"/>
      </w:pPr>
    </w:p>
    <w:p>
      <w:r>
        <w:rPr>
          <w:rFonts w:ascii="Aptos" w:hAnsi="Aptos"/>
          <w:i w:val="0"/>
          <w:sz w:val="21"/>
        </w:rPr>
        <w:t>Cliquez sur Enregistrer les bornes.</w:t>
      </w: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4031"/>
        <w:gridCol w:w="2232"/>
        <w:gridCol w:w="1728"/>
        <w:gridCol w:w="1728"/>
      </w:tblGrid>
      <w:tr>
        <w:trPr>
          <w:tblHeader w:val="true"/>
        </w:trPr>
        <w:tc>
          <w:tcPr>
            <w:tcW w:type="dxa" w:w="4031"/>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Statut</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Minimum</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Maximum</w:t>
            </w:r>
          </w:p>
        </w:tc>
      </w:tr>
      <w:tr>
        <w:tc>
          <w:tcPr>
            <w:tcW w:type="dxa" w:w="4031"/>
            <w:tcMar>
              <w:top w:w="90" w:type="dxa"/>
              <w:start w:w="120" w:type="dxa"/>
              <w:bottom w:w="90" w:type="dxa"/>
              <w:end w:w="120" w:type="dxa"/>
            </w:tcMar>
            <w:vAlign w:val="center"/>
          </w:tcPr>
          <w:p>
            <w:pPr>
              <w:spacing w:after="0"/>
              <w:jc w:val="left"/>
            </w:pPr>
            <w:r>
              <w:rPr>
                <w:rFonts w:ascii="Aptos" w:hAnsi="Aptos"/>
                <w:sz w:val="18"/>
              </w:rPr>
              <w:t>Heures de petits travaux</w:t>
            </w:r>
          </w:p>
        </w:tc>
        <w:tc>
          <w:tcPr>
            <w:tcW w:type="dxa" w:w="2232"/>
            <w:tcMar>
              <w:top w:w="90" w:type="dxa"/>
              <w:start w:w="120" w:type="dxa"/>
              <w:bottom w:w="90" w:type="dxa"/>
              <w:end w:w="120" w:type="dxa"/>
            </w:tcMar>
            <w:vAlign w:val="center"/>
          </w:tcPr>
          <w:p>
            <w:pPr>
              <w:spacing w:after="0"/>
              <w:jc w:val="left"/>
            </w:pPr>
            <w:r>
              <w:rPr>
                <w:rFonts w:ascii="Aptos" w:hAnsi="Aptos"/>
                <w:sz w:val="18"/>
              </w:rPr>
              <w:t>provisoire</w:t>
            </w:r>
          </w:p>
        </w:tc>
        <w:tc>
          <w:tcPr>
            <w:tcW w:type="dxa" w:w="1728"/>
            <w:tcMar>
              <w:top w:w="90" w:type="dxa"/>
              <w:start w:w="120" w:type="dxa"/>
              <w:bottom w:w="90" w:type="dxa"/>
              <w:end w:w="120" w:type="dxa"/>
            </w:tcMar>
            <w:vAlign w:val="center"/>
          </w:tcPr>
          <w:p>
            <w:pPr>
              <w:spacing w:after="0"/>
              <w:jc w:val="center"/>
            </w:pPr>
            <w:r>
              <w:rPr>
                <w:rFonts w:ascii="Aptos" w:hAnsi="Aptos"/>
                <w:sz w:val="18"/>
              </w:rPr>
              <w:t>0</w:t>
            </w:r>
          </w:p>
        </w:tc>
        <w:tc>
          <w:tcPr>
            <w:tcW w:type="dxa" w:w="1728"/>
            <w:tcMar>
              <w:top w:w="90" w:type="dxa"/>
              <w:start w:w="120" w:type="dxa"/>
              <w:bottom w:w="90" w:type="dxa"/>
              <w:end w:w="120" w:type="dxa"/>
            </w:tcMar>
            <w:vAlign w:val="center"/>
          </w:tcPr>
          <w:p>
            <w:pPr>
              <w:spacing w:after="0"/>
              <w:jc w:val="center"/>
            </w:pPr>
            <w:r>
              <w:rPr>
                <w:rFonts w:ascii="Aptos" w:hAnsi="Aptos"/>
                <w:sz w:val="18"/>
              </w:rPr>
              <w:t>6</w:t>
            </w:r>
          </w:p>
        </w:tc>
      </w:tr>
      <w:tr>
        <w:tc>
          <w:tcPr>
            <w:tcW w:type="dxa" w:w="4031"/>
            <w:tcMar>
              <w:top w:w="90" w:type="dxa"/>
              <w:start w:w="120" w:type="dxa"/>
              <w:bottom w:w="90" w:type="dxa"/>
              <w:end w:w="120" w:type="dxa"/>
            </w:tcMar>
            <w:vAlign w:val="center"/>
          </w:tcPr>
          <w:p>
            <w:pPr>
              <w:spacing w:after="0"/>
              <w:jc w:val="left"/>
            </w:pPr>
            <w:r>
              <w:rPr>
                <w:rFonts w:ascii="Aptos" w:hAnsi="Aptos"/>
                <w:sz w:val="18"/>
              </w:rPr>
              <w:t>Gain par heure</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5</w:t>
            </w:r>
          </w:p>
        </w:tc>
        <w:tc>
          <w:tcPr>
            <w:tcW w:type="dxa" w:w="1728"/>
            <w:tcMar>
              <w:top w:w="90" w:type="dxa"/>
              <w:start w:w="120" w:type="dxa"/>
              <w:bottom w:w="90" w:type="dxa"/>
              <w:end w:w="120" w:type="dxa"/>
            </w:tcMar>
            <w:vAlign w:val="center"/>
          </w:tcPr>
          <w:p>
            <w:pPr>
              <w:spacing w:after="0"/>
              <w:jc w:val="center"/>
            </w:pPr>
            <w:r>
              <w:rPr>
                <w:rFonts w:ascii="Aptos" w:hAnsi="Aptos"/>
                <w:sz w:val="18"/>
              </w:rPr>
              <w:t>10</w:t>
            </w:r>
          </w:p>
        </w:tc>
      </w:tr>
    </w:tbl>
    <w:p>
      <w:pPr>
        <w:spacing w:after="0"/>
      </w:pPr>
    </w:p>
    <w:p>
      <w:r>
        <w:rPr>
          <w:rFonts w:ascii="Aptos" w:hAnsi="Aptos"/>
          <w:i w:val="0"/>
          <w:sz w:val="21"/>
        </w:rPr>
        <w:t>Cliquez sur Enregistrer les caractéristiques structurelles, puis sur Passer à l’étape suivante.</w:t>
      </w:r>
    </w:p>
    <w:p>
      <w:r>
        <w:rPr>
          <w:rFonts w:ascii="Aptos" w:hAnsi="Aptos"/>
          <w:i w:val="0"/>
          <w:sz w:val="21"/>
        </w:rPr>
        <w:t>Heures de petits travaux reste provisoire parce qu’elle sera raffinée plus tard. Gain par heure est paramétrique dans cet exemple.</w:t>
      </w:r>
    </w:p>
    <w:p>
      <w:pPr>
        <w:pStyle w:val="Heading2"/>
      </w:pPr>
      <w:r>
        <w:t>Choisir les résultats</w:t>
      </w:r>
    </w:p>
    <w:p>
      <w:r>
        <w:rPr>
          <w:rFonts w:ascii="Aptos" w:hAnsi="Aptos"/>
          <w:i w:val="0"/>
          <w:sz w:val="21"/>
        </w:rPr>
        <w:t>La page Choix des résultats à afficher dans le tableau des calculs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Sélectionnez Épargne et Argent gagné. La sélection est enregistrée automatiquement.</w:t>
      </w:r>
    </w:p>
    <w:p>
      <w:r>
        <w:rPr>
          <w:rFonts w:ascii="Aptos" w:hAnsi="Aptos"/>
          <w:i w:val="0"/>
          <w:sz w:val="21"/>
        </w:rPr>
        <w:t>Cliquez sur Passer à l’étape suivante.</w:t>
      </w:r>
    </w:p>
    <w:p>
      <w:pPr>
        <w:pStyle w:val="Heading2"/>
      </w:pPr>
      <w:r>
        <w:t>Utiliser le modèle</w:t>
      </w:r>
    </w:p>
    <w:p>
      <w:r>
        <w:rPr>
          <w:rFonts w:ascii="Aptos" w:hAnsi="Aptos"/>
          <w:i w:val="0"/>
          <w:sz w:val="21"/>
        </w:rPr>
        <w:t>La page Utilisation du modèle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Heures de petits travaux</w:t>
            </w:r>
          </w:p>
        </w:tc>
        <w:tc>
          <w:tcPr>
            <w:tcW w:type="dxa" w:w="3240"/>
            <w:tcMar>
              <w:top w:w="90" w:type="dxa"/>
              <w:start w:w="120" w:type="dxa"/>
              <w:bottom w:w="90" w:type="dxa"/>
              <w:end w:w="120" w:type="dxa"/>
            </w:tcMar>
            <w:vAlign w:val="center"/>
          </w:tcPr>
          <w:p>
            <w:pPr>
              <w:spacing w:after="0"/>
              <w:jc w:val="center"/>
            </w:pPr>
            <w:r>
              <w:rPr>
                <w:rFonts w:ascii="Aptos" w:hAnsi="Aptos"/>
                <w:sz w:val="18"/>
              </w:rPr>
              <w:t>3</w:t>
            </w:r>
          </w:p>
        </w:tc>
      </w:tr>
      <w:tr>
        <w:tc>
          <w:tcPr>
            <w:tcW w:type="dxa" w:w="6480"/>
            <w:tcMar>
              <w:top w:w="90" w:type="dxa"/>
              <w:start w:w="120" w:type="dxa"/>
              <w:bottom w:w="90" w:type="dxa"/>
              <w:end w:w="120" w:type="dxa"/>
            </w:tcMar>
            <w:vAlign w:val="center"/>
          </w:tcPr>
          <w:p>
            <w:pPr>
              <w:spacing w:after="0"/>
              <w:jc w:val="left"/>
            </w:pPr>
            <w:r>
              <w:rPr>
                <w:rFonts w:ascii="Aptos" w:hAnsi="Aptos"/>
                <w:sz w:val="18"/>
              </w:rPr>
              <w:t>Gain par heure</w:t>
            </w:r>
          </w:p>
        </w:tc>
        <w:tc>
          <w:tcPr>
            <w:tcW w:type="dxa" w:w="3240"/>
            <w:tcMar>
              <w:top w:w="90" w:type="dxa"/>
              <w:start w:w="120" w:type="dxa"/>
              <w:bottom w:w="90" w:type="dxa"/>
              <w:end w:w="120" w:type="dxa"/>
            </w:tcMar>
            <w:vAlign w:val="center"/>
          </w:tcPr>
          <w:p>
            <w:pPr>
              <w:spacing w:after="0"/>
              <w:jc w:val="center"/>
            </w:pPr>
            <w:r>
              <w:rPr>
                <w:rFonts w:ascii="Aptos" w:hAnsi="Aptos"/>
                <w:sz w:val="18"/>
              </w:rPr>
              <w:t>8</w:t>
            </w:r>
          </w:p>
        </w:tc>
      </w:tr>
    </w:tbl>
    <w:p>
      <w:pPr>
        <w:spacing w:after="0"/>
      </w:pPr>
    </w:p>
    <w:p>
      <w:r>
        <w:rPr>
          <w:rFonts w:ascii="Aptos" w:hAnsi="Aptos"/>
          <w:i w:val="0"/>
          <w:sz w:val="21"/>
        </w:rPr>
        <w:t>La valeur de Dépenses, égale à 5, est héritée de R1.</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Argent gagné = 24</w:t>
            </w:r>
          </w:p>
        </w:tc>
      </w:tr>
    </w:tbl>
    <w:p>
      <w:pPr>
        <w:spacing w:after="0"/>
      </w:pP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1440"/>
        <w:gridCol w:w="3096"/>
        <w:gridCol w:w="3096"/>
        <w:gridCol w:w="2088"/>
      </w:tblGrid>
      <w:tr>
        <w:trPr>
          <w:tblHeader w:val="true"/>
        </w:trPr>
        <w:tc>
          <w:tcPr>
            <w:tcW w:type="dxa" w:w="1440"/>
            <w:shd w:fill="EAF2F6"/>
            <w:tcMar>
              <w:top w:w="90" w:type="dxa"/>
              <w:start w:w="120" w:type="dxa"/>
              <w:bottom w:w="90" w:type="dxa"/>
              <w:end w:w="120" w:type="dxa"/>
            </w:tcMar>
            <w:vAlign w:val="center"/>
          </w:tcPr>
          <w:p>
            <w:pPr>
              <w:spacing w:after="0"/>
              <w:jc w:val="left"/>
            </w:pPr>
            <w:r>
              <w:rPr>
                <w:rFonts w:ascii="Aptos" w:hAnsi="Aptos"/>
                <w:b/>
                <w:color w:val="183444"/>
                <w:sz w:val="18"/>
              </w:rPr>
              <w:t>Période</w:t>
            </w:r>
          </w:p>
        </w:tc>
        <w:tc>
          <w:tcPr>
            <w:tcW w:type="dxa" w:w="3096"/>
            <w:shd w:fill="EAF2F6"/>
            <w:tcMar>
              <w:top w:w="90" w:type="dxa"/>
              <w:start w:w="120" w:type="dxa"/>
              <w:bottom w:w="90" w:type="dxa"/>
              <w:end w:w="120" w:type="dxa"/>
            </w:tcMar>
            <w:vAlign w:val="center"/>
          </w:tcPr>
          <w:p>
            <w:pPr>
              <w:spacing w:after="0"/>
              <w:jc w:val="center"/>
            </w:pPr>
            <w:r>
              <w:rPr>
                <w:rFonts w:ascii="Aptos" w:hAnsi="Aptos"/>
                <w:b/>
                <w:color w:val="183444"/>
                <w:sz w:val="18"/>
              </w:rPr>
              <w:t>Épargne — début de période</w:t>
            </w:r>
          </w:p>
        </w:tc>
        <w:tc>
          <w:tcPr>
            <w:tcW w:type="dxa" w:w="3096"/>
            <w:shd w:fill="EAF2F6"/>
            <w:tcMar>
              <w:top w:w="90" w:type="dxa"/>
              <w:start w:w="120" w:type="dxa"/>
              <w:bottom w:w="90" w:type="dxa"/>
              <w:end w:w="120" w:type="dxa"/>
            </w:tcMar>
            <w:vAlign w:val="center"/>
          </w:tcPr>
          <w:p>
            <w:pPr>
              <w:spacing w:after="0"/>
              <w:jc w:val="center"/>
            </w:pPr>
            <w:r>
              <w:rPr>
                <w:rFonts w:ascii="Aptos" w:hAnsi="Aptos"/>
                <w:b/>
                <w:color w:val="183444"/>
                <w:sz w:val="18"/>
              </w:rPr>
              <w:t>Épargne — fin de période</w:t>
            </w:r>
          </w:p>
        </w:tc>
        <w:tc>
          <w:tcPr>
            <w:tcW w:type="dxa" w:w="2088"/>
            <w:shd w:fill="EAF2F6"/>
            <w:tcMar>
              <w:top w:w="90" w:type="dxa"/>
              <w:start w:w="120" w:type="dxa"/>
              <w:bottom w:w="90" w:type="dxa"/>
              <w:end w:w="120" w:type="dxa"/>
            </w:tcMar>
            <w:vAlign w:val="center"/>
          </w:tcPr>
          <w:p>
            <w:pPr>
              <w:spacing w:after="0"/>
              <w:jc w:val="center"/>
            </w:pPr>
            <w:r>
              <w:rPr>
                <w:rFonts w:ascii="Aptos" w:hAnsi="Aptos"/>
                <w:b/>
                <w:color w:val="183444"/>
                <w:sz w:val="18"/>
              </w:rPr>
              <w:t>Argent gagné</w:t>
            </w:r>
          </w:p>
        </w:tc>
      </w:tr>
      <w:tr>
        <w:tc>
          <w:tcPr>
            <w:tcW w:type="dxa" w:w="1440"/>
            <w:tcMar>
              <w:top w:w="90" w:type="dxa"/>
              <w:start w:w="120" w:type="dxa"/>
              <w:bottom w:w="90" w:type="dxa"/>
              <w:end w:w="120" w:type="dxa"/>
            </w:tcMar>
            <w:vAlign w:val="center"/>
          </w:tcPr>
          <w:p>
            <w:pPr>
              <w:spacing w:after="0"/>
              <w:jc w:val="center"/>
            </w:pPr>
            <w:r>
              <w:rPr>
                <w:rFonts w:ascii="Aptos" w:hAnsi="Aptos"/>
                <w:sz w:val="18"/>
              </w:rPr>
              <w:t>1 mois</w:t>
            </w:r>
          </w:p>
        </w:tc>
        <w:tc>
          <w:tcPr>
            <w:tcW w:type="dxa" w:w="3096"/>
            <w:tcMar>
              <w:top w:w="90" w:type="dxa"/>
              <w:start w:w="120" w:type="dxa"/>
              <w:bottom w:w="90" w:type="dxa"/>
              <w:end w:w="120" w:type="dxa"/>
            </w:tcMar>
            <w:vAlign w:val="center"/>
          </w:tcPr>
          <w:p>
            <w:pPr>
              <w:spacing w:after="0"/>
              <w:jc w:val="center"/>
            </w:pPr>
            <w:r>
              <w:rPr>
                <w:rFonts w:ascii="Aptos" w:hAnsi="Aptos"/>
                <w:sz w:val="18"/>
              </w:rPr>
              <w:t>20</w:t>
            </w:r>
          </w:p>
        </w:tc>
        <w:tc>
          <w:tcPr>
            <w:tcW w:type="dxa" w:w="3096"/>
            <w:tcMar>
              <w:top w:w="90" w:type="dxa"/>
              <w:start w:w="120" w:type="dxa"/>
              <w:bottom w:w="90" w:type="dxa"/>
              <w:end w:w="120" w:type="dxa"/>
            </w:tcMar>
            <w:vAlign w:val="center"/>
          </w:tcPr>
          <w:p>
            <w:pPr>
              <w:spacing w:after="0"/>
              <w:jc w:val="center"/>
            </w:pPr>
            <w:r>
              <w:rPr>
                <w:rFonts w:ascii="Aptos" w:hAnsi="Aptos"/>
                <w:sz w:val="18"/>
              </w:rPr>
              <w:t>39</w:t>
            </w:r>
          </w:p>
        </w:tc>
        <w:tc>
          <w:tcPr>
            <w:tcW w:type="dxa" w:w="2088"/>
            <w:tcMar>
              <w:top w:w="90" w:type="dxa"/>
              <w:start w:w="120" w:type="dxa"/>
              <w:bottom w:w="90" w:type="dxa"/>
              <w:end w:w="120" w:type="dxa"/>
            </w:tcMar>
            <w:vAlign w:val="center"/>
          </w:tcPr>
          <w:p>
            <w:pPr>
              <w:spacing w:after="0"/>
              <w:jc w:val="center"/>
            </w:pPr>
            <w:r>
              <w:rPr>
                <w:rFonts w:ascii="Aptos" w:hAnsi="Aptos"/>
                <w:sz w:val="18"/>
              </w:rPr>
              <w:t>24</w:t>
            </w:r>
          </w:p>
        </w:tc>
      </w:tr>
      <w:tr>
        <w:tc>
          <w:tcPr>
            <w:tcW w:type="dxa" w:w="1440"/>
            <w:tcMar>
              <w:top w:w="90" w:type="dxa"/>
              <w:start w:w="120" w:type="dxa"/>
              <w:bottom w:w="90" w:type="dxa"/>
              <w:end w:w="120" w:type="dxa"/>
            </w:tcMar>
            <w:vAlign w:val="center"/>
          </w:tcPr>
          <w:p>
            <w:pPr>
              <w:spacing w:after="0"/>
              <w:jc w:val="center"/>
            </w:pPr>
            <w:r>
              <w:rPr>
                <w:rFonts w:ascii="Aptos" w:hAnsi="Aptos"/>
                <w:sz w:val="18"/>
              </w:rPr>
              <w:t>2 mois</w:t>
            </w:r>
          </w:p>
        </w:tc>
        <w:tc>
          <w:tcPr>
            <w:tcW w:type="dxa" w:w="3096"/>
            <w:tcMar>
              <w:top w:w="90" w:type="dxa"/>
              <w:start w:w="120" w:type="dxa"/>
              <w:bottom w:w="90" w:type="dxa"/>
              <w:end w:w="120" w:type="dxa"/>
            </w:tcMar>
            <w:vAlign w:val="center"/>
          </w:tcPr>
          <w:p>
            <w:pPr>
              <w:spacing w:after="0"/>
              <w:jc w:val="center"/>
            </w:pPr>
            <w:r>
              <w:rPr>
                <w:rFonts w:ascii="Aptos" w:hAnsi="Aptos"/>
                <w:sz w:val="18"/>
              </w:rPr>
              <w:t>39</w:t>
            </w:r>
          </w:p>
        </w:tc>
        <w:tc>
          <w:tcPr>
            <w:tcW w:type="dxa" w:w="3096"/>
            <w:tcMar>
              <w:top w:w="90" w:type="dxa"/>
              <w:start w:w="120" w:type="dxa"/>
              <w:bottom w:w="90" w:type="dxa"/>
              <w:end w:w="120" w:type="dxa"/>
            </w:tcMar>
            <w:vAlign w:val="center"/>
          </w:tcPr>
          <w:p>
            <w:pPr>
              <w:spacing w:after="0"/>
              <w:jc w:val="center"/>
            </w:pPr>
            <w:r>
              <w:rPr>
                <w:rFonts w:ascii="Aptos" w:hAnsi="Aptos"/>
                <w:sz w:val="18"/>
              </w:rPr>
              <w:t>58</w:t>
            </w:r>
          </w:p>
        </w:tc>
        <w:tc>
          <w:tcPr>
            <w:tcW w:type="dxa" w:w="2088"/>
            <w:tcMar>
              <w:top w:w="90" w:type="dxa"/>
              <w:start w:w="120" w:type="dxa"/>
              <w:bottom w:w="90" w:type="dxa"/>
              <w:end w:w="120" w:type="dxa"/>
            </w:tcMar>
            <w:vAlign w:val="center"/>
          </w:tcPr>
          <w:p>
            <w:pPr>
              <w:spacing w:after="0"/>
              <w:jc w:val="center"/>
            </w:pPr>
            <w:r>
              <w:rPr>
                <w:rFonts w:ascii="Aptos" w:hAnsi="Aptos"/>
                <w:sz w:val="18"/>
              </w:rPr>
              <w:t>24</w:t>
            </w:r>
          </w:p>
        </w:tc>
      </w:tr>
      <w:tr>
        <w:tc>
          <w:tcPr>
            <w:tcW w:type="dxa" w:w="1440"/>
            <w:tcMar>
              <w:top w:w="90" w:type="dxa"/>
              <w:start w:w="120" w:type="dxa"/>
              <w:bottom w:w="90" w:type="dxa"/>
              <w:end w:w="120" w:type="dxa"/>
            </w:tcMar>
            <w:vAlign w:val="center"/>
          </w:tcPr>
          <w:p>
            <w:pPr>
              <w:spacing w:after="0"/>
              <w:jc w:val="center"/>
            </w:pPr>
            <w:r>
              <w:rPr>
                <w:rFonts w:ascii="Aptos" w:hAnsi="Aptos"/>
                <w:sz w:val="18"/>
              </w:rPr>
              <w:t>3 mois</w:t>
            </w:r>
          </w:p>
        </w:tc>
        <w:tc>
          <w:tcPr>
            <w:tcW w:type="dxa" w:w="3096"/>
            <w:tcMar>
              <w:top w:w="90" w:type="dxa"/>
              <w:start w:w="120" w:type="dxa"/>
              <w:bottom w:w="90" w:type="dxa"/>
              <w:end w:w="120" w:type="dxa"/>
            </w:tcMar>
            <w:vAlign w:val="center"/>
          </w:tcPr>
          <w:p>
            <w:pPr>
              <w:spacing w:after="0"/>
              <w:jc w:val="center"/>
            </w:pPr>
            <w:r>
              <w:rPr>
                <w:rFonts w:ascii="Aptos" w:hAnsi="Aptos"/>
                <w:sz w:val="18"/>
              </w:rPr>
              <w:t>58</w:t>
            </w:r>
          </w:p>
        </w:tc>
        <w:tc>
          <w:tcPr>
            <w:tcW w:type="dxa" w:w="3096"/>
            <w:tcMar>
              <w:top w:w="90" w:type="dxa"/>
              <w:start w:w="120" w:type="dxa"/>
              <w:bottom w:w="90" w:type="dxa"/>
              <w:end w:w="120" w:type="dxa"/>
            </w:tcMar>
            <w:vAlign w:val="center"/>
          </w:tcPr>
          <w:p>
            <w:pPr>
              <w:spacing w:after="0"/>
              <w:jc w:val="center"/>
            </w:pPr>
            <w:r>
              <w:rPr>
                <w:rFonts w:ascii="Aptos" w:hAnsi="Aptos"/>
                <w:sz w:val="18"/>
              </w:rPr>
              <w:t>77</w:t>
            </w:r>
          </w:p>
        </w:tc>
        <w:tc>
          <w:tcPr>
            <w:tcW w:type="dxa" w:w="2088"/>
            <w:tcMar>
              <w:top w:w="90" w:type="dxa"/>
              <w:start w:w="120" w:type="dxa"/>
              <w:bottom w:w="90" w:type="dxa"/>
              <w:end w:w="120" w:type="dxa"/>
            </w:tcMar>
            <w:vAlign w:val="center"/>
          </w:tcPr>
          <w:p>
            <w:pPr>
              <w:spacing w:after="0"/>
              <w:jc w:val="center"/>
            </w:pPr>
            <w:r>
              <w:rPr>
                <w:rFonts w:ascii="Aptos" w:hAnsi="Aptos"/>
                <w:sz w:val="18"/>
              </w:rPr>
              <w:t>24</w:t>
            </w:r>
          </w:p>
        </w:tc>
      </w:tr>
      <w:tr>
        <w:tc>
          <w:tcPr>
            <w:tcW w:type="dxa" w:w="1440"/>
            <w:tcMar>
              <w:top w:w="90" w:type="dxa"/>
              <w:start w:w="120" w:type="dxa"/>
              <w:bottom w:w="90" w:type="dxa"/>
              <w:end w:w="120" w:type="dxa"/>
            </w:tcMar>
            <w:vAlign w:val="center"/>
          </w:tcPr>
          <w:p>
            <w:pPr>
              <w:spacing w:after="0"/>
              <w:jc w:val="center"/>
            </w:pPr>
            <w:r>
              <w:rPr>
                <w:rFonts w:ascii="Aptos" w:hAnsi="Aptos"/>
                <w:sz w:val="18"/>
              </w:rPr>
              <w:t>4 mois</w:t>
            </w:r>
          </w:p>
        </w:tc>
        <w:tc>
          <w:tcPr>
            <w:tcW w:type="dxa" w:w="3096"/>
            <w:tcMar>
              <w:top w:w="90" w:type="dxa"/>
              <w:start w:w="120" w:type="dxa"/>
              <w:bottom w:w="90" w:type="dxa"/>
              <w:end w:w="120" w:type="dxa"/>
            </w:tcMar>
            <w:vAlign w:val="center"/>
          </w:tcPr>
          <w:p>
            <w:pPr>
              <w:spacing w:after="0"/>
              <w:jc w:val="center"/>
            </w:pPr>
            <w:r>
              <w:rPr>
                <w:rFonts w:ascii="Aptos" w:hAnsi="Aptos"/>
                <w:sz w:val="18"/>
              </w:rPr>
              <w:t>77</w:t>
            </w:r>
          </w:p>
        </w:tc>
        <w:tc>
          <w:tcPr>
            <w:tcW w:type="dxa" w:w="3096"/>
            <w:tcMar>
              <w:top w:w="90" w:type="dxa"/>
              <w:start w:w="120" w:type="dxa"/>
              <w:bottom w:w="90" w:type="dxa"/>
              <w:end w:w="120" w:type="dxa"/>
            </w:tcMar>
            <w:vAlign w:val="center"/>
          </w:tcPr>
          <w:p>
            <w:pPr>
              <w:spacing w:after="0"/>
              <w:jc w:val="center"/>
            </w:pPr>
            <w:r>
              <w:rPr>
                <w:rFonts w:ascii="Aptos" w:hAnsi="Aptos"/>
                <w:sz w:val="18"/>
              </w:rPr>
              <w:t>96</w:t>
            </w:r>
          </w:p>
        </w:tc>
        <w:tc>
          <w:tcPr>
            <w:tcW w:type="dxa" w:w="2088"/>
            <w:tcMar>
              <w:top w:w="90" w:type="dxa"/>
              <w:start w:w="120" w:type="dxa"/>
              <w:bottom w:w="90" w:type="dxa"/>
              <w:end w:w="120" w:type="dxa"/>
            </w:tcMar>
            <w:vAlign w:val="center"/>
          </w:tcPr>
          <w:p>
            <w:pPr>
              <w:spacing w:after="0"/>
              <w:jc w:val="center"/>
            </w:pPr>
            <w:r>
              <w:rPr>
                <w:rFonts w:ascii="Aptos" w:hAnsi="Aptos"/>
                <w:sz w:val="18"/>
              </w:rPr>
              <w:t>24</w:t>
            </w:r>
          </w:p>
        </w:tc>
      </w:tr>
    </w:tbl>
    <w:p>
      <w:pPr>
        <w:spacing w:after="0"/>
      </w:pPr>
    </w:p>
    <w:p>
      <w:r>
        <w:rPr>
          <w:rFonts w:ascii="Aptos" w:hAnsi="Aptos"/>
          <w:i w:val="0"/>
          <w:sz w:val="21"/>
        </w:rPr>
        <w:t>Cliquez sur Passer à l’étape suivante.</w:t>
      </w:r>
    </w:p>
    <w:p>
      <w:pPr>
        <w:pStyle w:val="Heading2"/>
      </w:pPr>
      <w:r>
        <w:t>Enregistrer R2</w:t>
      </w:r>
    </w:p>
    <w:p>
      <w:r>
        <w:rPr>
          <w:rFonts w:ascii="Aptos" w:hAnsi="Aptos"/>
          <w:i w:val="0"/>
          <w:sz w:val="21"/>
        </w:rPr>
        <w:t>La page Enregistrement final du raffinement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Cliquez sur Enregistrer le raffinement R2, puis sur Passer au raffinement R3.</w:t>
      </w:r>
    </w:p>
    <w:p>
      <w:pPr>
        <w:pStyle w:val="Heading1"/>
        <w:pageBreakBefore/>
      </w:pPr>
      <w:r>
        <w:t>R3 — Expliquer les dépenses</w:t>
      </w:r>
    </w:p>
    <w:p>
      <w:r>
        <w:rPr>
          <w:rFonts w:ascii="Aptos" w:hAnsi="Aptos"/>
          <w:i w:val="0"/>
          <w:sz w:val="21"/>
        </w:rPr>
        <w:t>Les pages suivantes ont déjà été rencontrées. Leur Aide peut être rouverte si nécessaire, mais une nouvelle lecture n’est pas imposée.</w:t>
      </w:r>
    </w:p>
    <w:p>
      <w:pPr>
        <w:pStyle w:val="Heading2"/>
      </w:pPr>
      <w:r>
        <w:t>Choisir et décrire le raffinement</w:t>
      </w:r>
    </w:p>
    <w:p>
      <w:pPr>
        <w:pStyle w:val="ListNumber"/>
      </w:pPr>
      <w:r>
        <w:rPr>
          <w:rFonts w:ascii="Aptos" w:hAnsi="Aptos"/>
          <w:sz w:val="21"/>
        </w:rPr>
        <w:t>Sur Choix de l’opération, choisissez Développer plus précisément une partie du modèle existant.</w:t>
      </w:r>
    </w:p>
    <w:p>
      <w:pPr>
        <w:pStyle w:val="ListNumber"/>
      </w:pPr>
      <w:r>
        <w:rPr>
          <w:rFonts w:ascii="Aptos" w:hAnsi="Aptos"/>
          <w:sz w:val="21"/>
        </w:rPr>
        <w:t>Cliquez sur Enregistrer.</w:t>
      </w:r>
    </w:p>
    <w:p>
      <w:pPr>
        <w:pStyle w:val="ListNumber"/>
      </w:pPr>
      <w:r>
        <w:rPr>
          <w:rFonts w:ascii="Aptos" w:hAnsi="Aptos"/>
          <w:sz w:val="21"/>
        </w:rPr>
        <w:t>Cliquez sur Passer à l’étape suivante.</w:t>
      </w:r>
    </w:p>
    <w:p>
      <w:r>
        <w:rPr>
          <w:rFonts w:ascii="Aptos" w:hAnsi="Aptos"/>
          <w:i w:val="0"/>
          <w:sz w:val="21"/>
        </w:rPr>
        <w:t>Dans Constante provisoire à raffiner, choisissez Dépenses.</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TEXTE DU RAFFINEMENT</w:t>
            </w:r>
          </w:p>
          <w:p>
            <w:pPr>
              <w:spacing w:after="0"/>
            </w:pPr>
            <w:r>
              <w:rPr>
                <w:rFonts w:ascii="Aptos" w:hAnsi="Aptos"/>
                <w:i/>
                <w:color w:val="183444"/>
                <w:sz w:val="21"/>
              </w:rPr>
              <w:t>Les Dépenses dépendent directement de deux grandeurs nommées « Nombre d’achats » et « Coût moyen par achat ». Elles sont égales au Nombre d’achats multiplié par le Coût moyen par achat.</w:t>
            </w:r>
          </w:p>
        </w:tc>
      </w:tr>
    </w:tbl>
    <w:p>
      <w:pPr>
        <w:spacing w:after="0"/>
      </w:pPr>
    </w:p>
    <w:p>
      <w:r>
        <w:rPr>
          <w:rFonts w:ascii="Aptos" w:hAnsi="Aptos"/>
          <w:i w:val="0"/>
          <w:sz w:val="21"/>
        </w:rPr>
        <w:t>Cliquez sur Enregistrer, puis sur Passer à l’étape suivante.</w:t>
      </w:r>
    </w:p>
    <w:p>
      <w:pPr>
        <w:pStyle w:val="Heading2"/>
      </w:pPr>
      <w:r>
        <w:t>Vérifier la relation et les bornes</w:t>
      </w:r>
    </w:p>
    <w:p>
      <w:r>
        <w:rPr>
          <w:rFonts w:ascii="Aptos" w:hAnsi="Aptos"/>
          <w:i w:val="0"/>
          <w:sz w:val="21"/>
        </w:rPr>
        <w:t>Après vérification du Texte intermédiaire, cliquez sur Passer à la traduction formelle.</w:t>
      </w: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0"/>
            </w:pPr>
            <w:r>
              <w:rPr>
                <w:rFonts w:ascii="Consolas" w:hAnsi="Consolas"/>
                <w:color w:val="183444"/>
                <w:sz w:val="19"/>
              </w:rPr>
              <w:t>[Dépenses] = [Nombre d’achats] * [Coût moyen par achat]</w:t>
            </w:r>
          </w:p>
        </w:tc>
      </w:tr>
    </w:tbl>
    <w:p>
      <w:pPr>
        <w:spacing w:after="0"/>
      </w:pPr>
    </w:p>
    <w:p>
      <w:r>
        <w:rPr>
          <w:rFonts w:ascii="Aptos" w:hAnsi="Aptos"/>
          <w:i w:val="0"/>
          <w:sz w:val="21"/>
        </w:rPr>
        <w:t>Les premières bornes de Dépenses sont 0 à 30. Conservez-les dans les champs Nouveau minimum et Nouveau maximum, puis cliquez sur Enregistrer les bornes.</w:t>
      </w: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4031"/>
        <w:gridCol w:w="2232"/>
        <w:gridCol w:w="1728"/>
        <w:gridCol w:w="1728"/>
      </w:tblGrid>
      <w:tr>
        <w:trPr>
          <w:tblHeader w:val="true"/>
        </w:trPr>
        <w:tc>
          <w:tcPr>
            <w:tcW w:type="dxa" w:w="4031"/>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Statut</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Minimum</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Maximum</w:t>
            </w:r>
          </w:p>
        </w:tc>
      </w:tr>
      <w:tr>
        <w:tc>
          <w:tcPr>
            <w:tcW w:type="dxa" w:w="4031"/>
            <w:tcMar>
              <w:top w:w="90" w:type="dxa"/>
              <w:start w:w="120" w:type="dxa"/>
              <w:bottom w:w="90" w:type="dxa"/>
              <w:end w:w="120" w:type="dxa"/>
            </w:tcMar>
            <w:vAlign w:val="center"/>
          </w:tcPr>
          <w:p>
            <w:pPr>
              <w:spacing w:after="0"/>
              <w:jc w:val="left"/>
            </w:pPr>
            <w:r>
              <w:rPr>
                <w:rFonts w:ascii="Aptos" w:hAnsi="Aptos"/>
                <w:sz w:val="18"/>
              </w:rPr>
              <w:t>Nombre d’achats</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0</w:t>
            </w:r>
          </w:p>
        </w:tc>
        <w:tc>
          <w:tcPr>
            <w:tcW w:type="dxa" w:w="1728"/>
            <w:tcMar>
              <w:top w:w="90" w:type="dxa"/>
              <w:start w:w="120" w:type="dxa"/>
              <w:bottom w:w="90" w:type="dxa"/>
              <w:end w:w="120" w:type="dxa"/>
            </w:tcMar>
            <w:vAlign w:val="center"/>
          </w:tcPr>
          <w:p>
            <w:pPr>
              <w:spacing w:after="0"/>
              <w:jc w:val="center"/>
            </w:pPr>
            <w:r>
              <w:rPr>
                <w:rFonts w:ascii="Aptos" w:hAnsi="Aptos"/>
                <w:sz w:val="18"/>
              </w:rPr>
              <w:t>3</w:t>
            </w:r>
          </w:p>
        </w:tc>
      </w:tr>
      <w:tr>
        <w:tc>
          <w:tcPr>
            <w:tcW w:type="dxa" w:w="4031"/>
            <w:tcMar>
              <w:top w:w="90" w:type="dxa"/>
              <w:start w:w="120" w:type="dxa"/>
              <w:bottom w:w="90" w:type="dxa"/>
              <w:end w:w="120" w:type="dxa"/>
            </w:tcMar>
            <w:vAlign w:val="center"/>
          </w:tcPr>
          <w:p>
            <w:pPr>
              <w:spacing w:after="0"/>
              <w:jc w:val="left"/>
            </w:pPr>
            <w:r>
              <w:rPr>
                <w:rFonts w:ascii="Aptos" w:hAnsi="Aptos"/>
                <w:sz w:val="18"/>
              </w:rPr>
              <w:t>Coût moyen par achat</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2</w:t>
            </w:r>
          </w:p>
        </w:tc>
        <w:tc>
          <w:tcPr>
            <w:tcW w:type="dxa" w:w="1728"/>
            <w:tcMar>
              <w:top w:w="90" w:type="dxa"/>
              <w:start w:w="120" w:type="dxa"/>
              <w:bottom w:w="90" w:type="dxa"/>
              <w:end w:w="120" w:type="dxa"/>
            </w:tcMar>
            <w:vAlign w:val="center"/>
          </w:tcPr>
          <w:p>
            <w:pPr>
              <w:spacing w:after="0"/>
              <w:jc w:val="center"/>
            </w:pPr>
            <w:r>
              <w:rPr>
                <w:rFonts w:ascii="Aptos" w:hAnsi="Aptos"/>
                <w:sz w:val="18"/>
              </w:rPr>
              <w:t>10</w:t>
            </w:r>
          </w:p>
        </w:tc>
      </w:tr>
    </w:tbl>
    <w:p>
      <w:pPr>
        <w:spacing w:after="0"/>
      </w:pPr>
    </w:p>
    <w:p>
      <w:r>
        <w:rPr>
          <w:rFonts w:ascii="Aptos" w:hAnsi="Aptos"/>
          <w:i w:val="0"/>
          <w:sz w:val="21"/>
        </w:rPr>
        <w:t>Cliquez sur Enregistrer les caractéristiques structurelles, puis sur Passer à l’étape suivante.</w:t>
      </w:r>
    </w:p>
    <w:p>
      <w:pPr>
        <w:pStyle w:val="Heading2"/>
      </w:pPr>
      <w:r>
        <w:t>Calculer</w:t>
      </w:r>
    </w:p>
    <w:p>
      <w:r>
        <w:rPr>
          <w:rFonts w:ascii="Aptos" w:hAnsi="Aptos"/>
          <w:i w:val="0"/>
          <w:sz w:val="21"/>
        </w:rPr>
        <w:t>Sur Choix des résultats à afficher dans le tableau des calculs, sélectionnez de nouveau Épargne, Argent gagné et Dépenses. Cliquez sur Passer à l’étape suivante.</w:t>
      </w:r>
    </w:p>
    <w:p>
      <w:r>
        <w:rPr>
          <w:rFonts w:ascii="Aptos" w:hAnsi="Aptos"/>
          <w:i w:val="0"/>
          <w:sz w:val="21"/>
        </w:rPr>
        <w:t>Sur Utilisation du modèle, saisissez :</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Nombre d’achats</w:t>
            </w:r>
          </w:p>
        </w:tc>
        <w:tc>
          <w:tcPr>
            <w:tcW w:type="dxa" w:w="3240"/>
            <w:tcMar>
              <w:top w:w="90" w:type="dxa"/>
              <w:start w:w="120" w:type="dxa"/>
              <w:bottom w:w="90" w:type="dxa"/>
              <w:end w:w="120" w:type="dxa"/>
            </w:tcMar>
            <w:vAlign w:val="center"/>
          </w:tcPr>
          <w:p>
            <w:pPr>
              <w:spacing w:after="0"/>
              <w:jc w:val="center"/>
            </w:pPr>
            <w:r>
              <w:rPr>
                <w:rFonts w:ascii="Aptos" w:hAnsi="Aptos"/>
                <w:sz w:val="18"/>
              </w:rPr>
              <w:t>1</w:t>
            </w:r>
          </w:p>
        </w:tc>
      </w:tr>
      <w:tr>
        <w:tc>
          <w:tcPr>
            <w:tcW w:type="dxa" w:w="6480"/>
            <w:tcMar>
              <w:top w:w="90" w:type="dxa"/>
              <w:start w:w="120" w:type="dxa"/>
              <w:bottom w:w="90" w:type="dxa"/>
              <w:end w:w="120" w:type="dxa"/>
            </w:tcMar>
            <w:vAlign w:val="center"/>
          </w:tcPr>
          <w:p>
            <w:pPr>
              <w:spacing w:after="0"/>
              <w:jc w:val="left"/>
            </w:pPr>
            <w:r>
              <w:rPr>
                <w:rFonts w:ascii="Aptos" w:hAnsi="Aptos"/>
                <w:sz w:val="18"/>
              </w:rPr>
              <w:t>Coût moyen par achat</w:t>
            </w:r>
          </w:p>
        </w:tc>
        <w:tc>
          <w:tcPr>
            <w:tcW w:type="dxa" w:w="3240"/>
            <w:tcMar>
              <w:top w:w="90" w:type="dxa"/>
              <w:start w:w="120" w:type="dxa"/>
              <w:bottom w:w="90" w:type="dxa"/>
              <w:end w:w="120" w:type="dxa"/>
            </w:tcMar>
            <w:vAlign w:val="center"/>
          </w:tcPr>
          <w:p>
            <w:pPr>
              <w:spacing w:after="0"/>
              <w:jc w:val="center"/>
            </w:pPr>
            <w:r>
              <w:rPr>
                <w:rFonts w:ascii="Aptos" w:hAnsi="Aptos"/>
                <w:sz w:val="18"/>
              </w:rPr>
              <w:t>6</w:t>
            </w:r>
          </w:p>
        </w:tc>
      </w:tr>
    </w:tbl>
    <w:p>
      <w:pPr>
        <w:spacing w:after="0"/>
      </w:pPr>
    </w:p>
    <w:p>
      <w:r>
        <w:rPr>
          <w:rFonts w:ascii="Aptos" w:hAnsi="Aptos"/>
          <w:i w:val="0"/>
          <w:sz w:val="21"/>
        </w:rPr>
        <w:t>Les valeurs de Heures de petits travaux et de Gain par heure sont héritées.</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Argent gagné = 24</w:t>
            </w:r>
          </w:p>
          <w:p>
            <w:pPr>
              <w:spacing w:after="60"/>
            </w:pPr>
            <w:r>
              <w:rPr>
                <w:rFonts w:ascii="Aptos" w:hAnsi="Aptos"/>
                <w:sz w:val="19"/>
              </w:rPr>
              <w:t>Dépenses = 6</w:t>
            </w:r>
          </w:p>
        </w:tc>
      </w:tr>
    </w:tbl>
    <w:p>
      <w:pPr>
        <w:spacing w:after="0"/>
      </w:pP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1296"/>
        <w:gridCol w:w="2664"/>
        <w:gridCol w:w="2664"/>
        <w:gridCol w:w="1655"/>
        <w:gridCol w:w="1440"/>
      </w:tblGrid>
      <w:tr>
        <w:trPr>
          <w:tblHeader w:val="true"/>
        </w:trPr>
        <w:tc>
          <w:tcPr>
            <w:tcW w:type="dxa" w:w="1296"/>
            <w:shd w:fill="EAF2F6"/>
            <w:tcMar>
              <w:top w:w="90" w:type="dxa"/>
              <w:start w:w="120" w:type="dxa"/>
              <w:bottom w:w="90" w:type="dxa"/>
              <w:end w:w="120" w:type="dxa"/>
            </w:tcMar>
            <w:vAlign w:val="center"/>
          </w:tcPr>
          <w:p>
            <w:pPr>
              <w:spacing w:after="0"/>
              <w:jc w:val="left"/>
            </w:pPr>
            <w:r>
              <w:rPr>
                <w:rFonts w:ascii="Aptos" w:hAnsi="Aptos"/>
                <w:b/>
                <w:color w:val="183444"/>
                <w:sz w:val="18"/>
              </w:rPr>
              <w:t>Période</w:t>
            </w:r>
          </w:p>
        </w:tc>
        <w:tc>
          <w:tcPr>
            <w:tcW w:type="dxa" w:w="2664"/>
            <w:shd w:fill="EAF2F6"/>
            <w:tcMar>
              <w:top w:w="90" w:type="dxa"/>
              <w:start w:w="120" w:type="dxa"/>
              <w:bottom w:w="90" w:type="dxa"/>
              <w:end w:w="120" w:type="dxa"/>
            </w:tcMar>
            <w:vAlign w:val="center"/>
          </w:tcPr>
          <w:p>
            <w:pPr>
              <w:spacing w:after="0"/>
              <w:jc w:val="center"/>
            </w:pPr>
            <w:r>
              <w:rPr>
                <w:rFonts w:ascii="Aptos" w:hAnsi="Aptos"/>
                <w:b/>
                <w:color w:val="183444"/>
                <w:sz w:val="18"/>
              </w:rPr>
              <w:t>Épargne — début de période</w:t>
            </w:r>
          </w:p>
        </w:tc>
        <w:tc>
          <w:tcPr>
            <w:tcW w:type="dxa" w:w="2664"/>
            <w:shd w:fill="EAF2F6"/>
            <w:tcMar>
              <w:top w:w="90" w:type="dxa"/>
              <w:start w:w="120" w:type="dxa"/>
              <w:bottom w:w="90" w:type="dxa"/>
              <w:end w:w="120" w:type="dxa"/>
            </w:tcMar>
            <w:vAlign w:val="center"/>
          </w:tcPr>
          <w:p>
            <w:pPr>
              <w:spacing w:after="0"/>
              <w:jc w:val="center"/>
            </w:pPr>
            <w:r>
              <w:rPr>
                <w:rFonts w:ascii="Aptos" w:hAnsi="Aptos"/>
                <w:b/>
                <w:color w:val="183444"/>
                <w:sz w:val="18"/>
              </w:rPr>
              <w:t>Épargne — fin de période</w:t>
            </w:r>
          </w:p>
        </w:tc>
        <w:tc>
          <w:tcPr>
            <w:tcW w:type="dxa" w:w="1655"/>
            <w:shd w:fill="EAF2F6"/>
            <w:tcMar>
              <w:top w:w="90" w:type="dxa"/>
              <w:start w:w="120" w:type="dxa"/>
              <w:bottom w:w="90" w:type="dxa"/>
              <w:end w:w="120" w:type="dxa"/>
            </w:tcMar>
            <w:vAlign w:val="center"/>
          </w:tcPr>
          <w:p>
            <w:pPr>
              <w:spacing w:after="0"/>
              <w:jc w:val="center"/>
            </w:pPr>
            <w:r>
              <w:rPr>
                <w:rFonts w:ascii="Aptos" w:hAnsi="Aptos"/>
                <w:b/>
                <w:color w:val="183444"/>
                <w:sz w:val="18"/>
              </w:rPr>
              <w:t>Argent gagné</w:t>
            </w:r>
          </w:p>
        </w:tc>
        <w:tc>
          <w:tcPr>
            <w:tcW w:type="dxa" w:w="1440"/>
            <w:shd w:fill="EAF2F6"/>
            <w:tcMar>
              <w:top w:w="90" w:type="dxa"/>
              <w:start w:w="120" w:type="dxa"/>
              <w:bottom w:w="90" w:type="dxa"/>
              <w:end w:w="120" w:type="dxa"/>
            </w:tcMar>
            <w:vAlign w:val="center"/>
          </w:tcPr>
          <w:p>
            <w:pPr>
              <w:spacing w:after="0"/>
              <w:jc w:val="center"/>
            </w:pPr>
            <w:r>
              <w:rPr>
                <w:rFonts w:ascii="Aptos" w:hAnsi="Aptos"/>
                <w:b/>
                <w:color w:val="183444"/>
                <w:sz w:val="18"/>
              </w:rPr>
              <w:t>Dépenses</w:t>
            </w:r>
          </w:p>
        </w:tc>
      </w:tr>
      <w:tr>
        <w:tc>
          <w:tcPr>
            <w:tcW w:type="dxa" w:w="1296"/>
            <w:tcMar>
              <w:top w:w="90" w:type="dxa"/>
              <w:start w:w="120" w:type="dxa"/>
              <w:bottom w:w="90" w:type="dxa"/>
              <w:end w:w="120" w:type="dxa"/>
            </w:tcMar>
            <w:vAlign w:val="center"/>
          </w:tcPr>
          <w:p>
            <w:pPr>
              <w:spacing w:after="0"/>
              <w:jc w:val="center"/>
            </w:pPr>
            <w:r>
              <w:rPr>
                <w:rFonts w:ascii="Aptos" w:hAnsi="Aptos"/>
                <w:sz w:val="18"/>
              </w:rPr>
              <w:t>1 mois</w:t>
            </w:r>
          </w:p>
        </w:tc>
        <w:tc>
          <w:tcPr>
            <w:tcW w:type="dxa" w:w="2664"/>
            <w:tcMar>
              <w:top w:w="90" w:type="dxa"/>
              <w:start w:w="120" w:type="dxa"/>
              <w:bottom w:w="90" w:type="dxa"/>
              <w:end w:w="120" w:type="dxa"/>
            </w:tcMar>
            <w:vAlign w:val="center"/>
          </w:tcPr>
          <w:p>
            <w:pPr>
              <w:spacing w:after="0"/>
              <w:jc w:val="center"/>
            </w:pPr>
            <w:r>
              <w:rPr>
                <w:rFonts w:ascii="Aptos" w:hAnsi="Aptos"/>
                <w:sz w:val="18"/>
              </w:rPr>
              <w:t>20</w:t>
            </w:r>
          </w:p>
        </w:tc>
        <w:tc>
          <w:tcPr>
            <w:tcW w:type="dxa" w:w="2664"/>
            <w:tcMar>
              <w:top w:w="90" w:type="dxa"/>
              <w:start w:w="120" w:type="dxa"/>
              <w:bottom w:w="90" w:type="dxa"/>
              <w:end w:w="120" w:type="dxa"/>
            </w:tcMar>
            <w:vAlign w:val="center"/>
          </w:tcPr>
          <w:p>
            <w:pPr>
              <w:spacing w:after="0"/>
              <w:jc w:val="center"/>
            </w:pPr>
            <w:r>
              <w:rPr>
                <w:rFonts w:ascii="Aptos" w:hAnsi="Aptos"/>
                <w:sz w:val="18"/>
              </w:rPr>
              <w:t>38</w:t>
            </w:r>
          </w:p>
        </w:tc>
        <w:tc>
          <w:tcPr>
            <w:tcW w:type="dxa" w:w="1655"/>
            <w:tcMar>
              <w:top w:w="90" w:type="dxa"/>
              <w:start w:w="120" w:type="dxa"/>
              <w:bottom w:w="90" w:type="dxa"/>
              <w:end w:w="120" w:type="dxa"/>
            </w:tcMar>
            <w:vAlign w:val="center"/>
          </w:tcPr>
          <w:p>
            <w:pPr>
              <w:spacing w:after="0"/>
              <w:jc w:val="center"/>
            </w:pPr>
            <w:r>
              <w:rPr>
                <w:rFonts w:ascii="Aptos" w:hAnsi="Aptos"/>
                <w:sz w:val="18"/>
              </w:rPr>
              <w:t>24</w:t>
            </w:r>
          </w:p>
        </w:tc>
        <w:tc>
          <w:tcPr>
            <w:tcW w:type="dxa" w:w="1440"/>
            <w:tcMar>
              <w:top w:w="90" w:type="dxa"/>
              <w:start w:w="120" w:type="dxa"/>
              <w:bottom w:w="90" w:type="dxa"/>
              <w:end w:w="120" w:type="dxa"/>
            </w:tcMar>
            <w:vAlign w:val="center"/>
          </w:tcPr>
          <w:p>
            <w:pPr>
              <w:spacing w:after="0"/>
              <w:jc w:val="center"/>
            </w:pPr>
            <w:r>
              <w:rPr>
                <w:rFonts w:ascii="Aptos" w:hAnsi="Aptos"/>
                <w:sz w:val="18"/>
              </w:rPr>
              <w:t>6</w:t>
            </w:r>
          </w:p>
        </w:tc>
      </w:tr>
      <w:tr>
        <w:tc>
          <w:tcPr>
            <w:tcW w:type="dxa" w:w="1296"/>
            <w:tcMar>
              <w:top w:w="90" w:type="dxa"/>
              <w:start w:w="120" w:type="dxa"/>
              <w:bottom w:w="90" w:type="dxa"/>
              <w:end w:w="120" w:type="dxa"/>
            </w:tcMar>
            <w:vAlign w:val="center"/>
          </w:tcPr>
          <w:p>
            <w:pPr>
              <w:spacing w:after="0"/>
              <w:jc w:val="center"/>
            </w:pPr>
            <w:r>
              <w:rPr>
                <w:rFonts w:ascii="Aptos" w:hAnsi="Aptos"/>
                <w:sz w:val="18"/>
              </w:rPr>
              <w:t>2 mois</w:t>
            </w:r>
          </w:p>
        </w:tc>
        <w:tc>
          <w:tcPr>
            <w:tcW w:type="dxa" w:w="2664"/>
            <w:tcMar>
              <w:top w:w="90" w:type="dxa"/>
              <w:start w:w="120" w:type="dxa"/>
              <w:bottom w:w="90" w:type="dxa"/>
              <w:end w:w="120" w:type="dxa"/>
            </w:tcMar>
            <w:vAlign w:val="center"/>
          </w:tcPr>
          <w:p>
            <w:pPr>
              <w:spacing w:after="0"/>
              <w:jc w:val="center"/>
            </w:pPr>
            <w:r>
              <w:rPr>
                <w:rFonts w:ascii="Aptos" w:hAnsi="Aptos"/>
                <w:sz w:val="18"/>
              </w:rPr>
              <w:t>38</w:t>
            </w:r>
          </w:p>
        </w:tc>
        <w:tc>
          <w:tcPr>
            <w:tcW w:type="dxa" w:w="2664"/>
            <w:tcMar>
              <w:top w:w="90" w:type="dxa"/>
              <w:start w:w="120" w:type="dxa"/>
              <w:bottom w:w="90" w:type="dxa"/>
              <w:end w:w="120" w:type="dxa"/>
            </w:tcMar>
            <w:vAlign w:val="center"/>
          </w:tcPr>
          <w:p>
            <w:pPr>
              <w:spacing w:after="0"/>
              <w:jc w:val="center"/>
            </w:pPr>
            <w:r>
              <w:rPr>
                <w:rFonts w:ascii="Aptos" w:hAnsi="Aptos"/>
                <w:sz w:val="18"/>
              </w:rPr>
              <w:t>56</w:t>
            </w:r>
          </w:p>
        </w:tc>
        <w:tc>
          <w:tcPr>
            <w:tcW w:type="dxa" w:w="1655"/>
            <w:tcMar>
              <w:top w:w="90" w:type="dxa"/>
              <w:start w:w="120" w:type="dxa"/>
              <w:bottom w:w="90" w:type="dxa"/>
              <w:end w:w="120" w:type="dxa"/>
            </w:tcMar>
            <w:vAlign w:val="center"/>
          </w:tcPr>
          <w:p>
            <w:pPr>
              <w:spacing w:after="0"/>
              <w:jc w:val="center"/>
            </w:pPr>
            <w:r>
              <w:rPr>
                <w:rFonts w:ascii="Aptos" w:hAnsi="Aptos"/>
                <w:sz w:val="18"/>
              </w:rPr>
              <w:t>24</w:t>
            </w:r>
          </w:p>
        </w:tc>
        <w:tc>
          <w:tcPr>
            <w:tcW w:type="dxa" w:w="1440"/>
            <w:tcMar>
              <w:top w:w="90" w:type="dxa"/>
              <w:start w:w="120" w:type="dxa"/>
              <w:bottom w:w="90" w:type="dxa"/>
              <w:end w:w="120" w:type="dxa"/>
            </w:tcMar>
            <w:vAlign w:val="center"/>
          </w:tcPr>
          <w:p>
            <w:pPr>
              <w:spacing w:after="0"/>
              <w:jc w:val="center"/>
            </w:pPr>
            <w:r>
              <w:rPr>
                <w:rFonts w:ascii="Aptos" w:hAnsi="Aptos"/>
                <w:sz w:val="18"/>
              </w:rPr>
              <w:t>6</w:t>
            </w:r>
          </w:p>
        </w:tc>
      </w:tr>
      <w:tr>
        <w:tc>
          <w:tcPr>
            <w:tcW w:type="dxa" w:w="1296"/>
            <w:tcMar>
              <w:top w:w="90" w:type="dxa"/>
              <w:start w:w="120" w:type="dxa"/>
              <w:bottom w:w="90" w:type="dxa"/>
              <w:end w:w="120" w:type="dxa"/>
            </w:tcMar>
            <w:vAlign w:val="center"/>
          </w:tcPr>
          <w:p>
            <w:pPr>
              <w:spacing w:after="0"/>
              <w:jc w:val="center"/>
            </w:pPr>
            <w:r>
              <w:rPr>
                <w:rFonts w:ascii="Aptos" w:hAnsi="Aptos"/>
                <w:sz w:val="18"/>
              </w:rPr>
              <w:t>3 mois</w:t>
            </w:r>
          </w:p>
        </w:tc>
        <w:tc>
          <w:tcPr>
            <w:tcW w:type="dxa" w:w="2664"/>
            <w:tcMar>
              <w:top w:w="90" w:type="dxa"/>
              <w:start w:w="120" w:type="dxa"/>
              <w:bottom w:w="90" w:type="dxa"/>
              <w:end w:w="120" w:type="dxa"/>
            </w:tcMar>
            <w:vAlign w:val="center"/>
          </w:tcPr>
          <w:p>
            <w:pPr>
              <w:spacing w:after="0"/>
              <w:jc w:val="center"/>
            </w:pPr>
            <w:r>
              <w:rPr>
                <w:rFonts w:ascii="Aptos" w:hAnsi="Aptos"/>
                <w:sz w:val="18"/>
              </w:rPr>
              <w:t>56</w:t>
            </w:r>
          </w:p>
        </w:tc>
        <w:tc>
          <w:tcPr>
            <w:tcW w:type="dxa" w:w="2664"/>
            <w:tcMar>
              <w:top w:w="90" w:type="dxa"/>
              <w:start w:w="120" w:type="dxa"/>
              <w:bottom w:w="90" w:type="dxa"/>
              <w:end w:w="120" w:type="dxa"/>
            </w:tcMar>
            <w:vAlign w:val="center"/>
          </w:tcPr>
          <w:p>
            <w:pPr>
              <w:spacing w:after="0"/>
              <w:jc w:val="center"/>
            </w:pPr>
            <w:r>
              <w:rPr>
                <w:rFonts w:ascii="Aptos" w:hAnsi="Aptos"/>
                <w:sz w:val="18"/>
              </w:rPr>
              <w:t>74</w:t>
            </w:r>
          </w:p>
        </w:tc>
        <w:tc>
          <w:tcPr>
            <w:tcW w:type="dxa" w:w="1655"/>
            <w:tcMar>
              <w:top w:w="90" w:type="dxa"/>
              <w:start w:w="120" w:type="dxa"/>
              <w:bottom w:w="90" w:type="dxa"/>
              <w:end w:w="120" w:type="dxa"/>
            </w:tcMar>
            <w:vAlign w:val="center"/>
          </w:tcPr>
          <w:p>
            <w:pPr>
              <w:spacing w:after="0"/>
              <w:jc w:val="center"/>
            </w:pPr>
            <w:r>
              <w:rPr>
                <w:rFonts w:ascii="Aptos" w:hAnsi="Aptos"/>
                <w:sz w:val="18"/>
              </w:rPr>
              <w:t>24</w:t>
            </w:r>
          </w:p>
        </w:tc>
        <w:tc>
          <w:tcPr>
            <w:tcW w:type="dxa" w:w="1440"/>
            <w:tcMar>
              <w:top w:w="90" w:type="dxa"/>
              <w:start w:w="120" w:type="dxa"/>
              <w:bottom w:w="90" w:type="dxa"/>
              <w:end w:w="120" w:type="dxa"/>
            </w:tcMar>
            <w:vAlign w:val="center"/>
          </w:tcPr>
          <w:p>
            <w:pPr>
              <w:spacing w:after="0"/>
              <w:jc w:val="center"/>
            </w:pPr>
            <w:r>
              <w:rPr>
                <w:rFonts w:ascii="Aptos" w:hAnsi="Aptos"/>
                <w:sz w:val="18"/>
              </w:rPr>
              <w:t>6</w:t>
            </w:r>
          </w:p>
        </w:tc>
      </w:tr>
      <w:tr>
        <w:tc>
          <w:tcPr>
            <w:tcW w:type="dxa" w:w="1296"/>
            <w:tcMar>
              <w:top w:w="90" w:type="dxa"/>
              <w:start w:w="120" w:type="dxa"/>
              <w:bottom w:w="90" w:type="dxa"/>
              <w:end w:w="120" w:type="dxa"/>
            </w:tcMar>
            <w:vAlign w:val="center"/>
          </w:tcPr>
          <w:p>
            <w:pPr>
              <w:spacing w:after="0"/>
              <w:jc w:val="center"/>
            </w:pPr>
            <w:r>
              <w:rPr>
                <w:rFonts w:ascii="Aptos" w:hAnsi="Aptos"/>
                <w:sz w:val="18"/>
              </w:rPr>
              <w:t>4 mois</w:t>
            </w:r>
          </w:p>
        </w:tc>
        <w:tc>
          <w:tcPr>
            <w:tcW w:type="dxa" w:w="2664"/>
            <w:tcMar>
              <w:top w:w="90" w:type="dxa"/>
              <w:start w:w="120" w:type="dxa"/>
              <w:bottom w:w="90" w:type="dxa"/>
              <w:end w:w="120" w:type="dxa"/>
            </w:tcMar>
            <w:vAlign w:val="center"/>
          </w:tcPr>
          <w:p>
            <w:pPr>
              <w:spacing w:after="0"/>
              <w:jc w:val="center"/>
            </w:pPr>
            <w:r>
              <w:rPr>
                <w:rFonts w:ascii="Aptos" w:hAnsi="Aptos"/>
                <w:sz w:val="18"/>
              </w:rPr>
              <w:t>74</w:t>
            </w:r>
          </w:p>
        </w:tc>
        <w:tc>
          <w:tcPr>
            <w:tcW w:type="dxa" w:w="2664"/>
            <w:tcMar>
              <w:top w:w="90" w:type="dxa"/>
              <w:start w:w="120" w:type="dxa"/>
              <w:bottom w:w="90" w:type="dxa"/>
              <w:end w:w="120" w:type="dxa"/>
            </w:tcMar>
            <w:vAlign w:val="center"/>
          </w:tcPr>
          <w:p>
            <w:pPr>
              <w:spacing w:after="0"/>
              <w:jc w:val="center"/>
            </w:pPr>
            <w:r>
              <w:rPr>
                <w:rFonts w:ascii="Aptos" w:hAnsi="Aptos"/>
                <w:sz w:val="18"/>
              </w:rPr>
              <w:t>92</w:t>
            </w:r>
          </w:p>
        </w:tc>
        <w:tc>
          <w:tcPr>
            <w:tcW w:type="dxa" w:w="1655"/>
            <w:tcMar>
              <w:top w:w="90" w:type="dxa"/>
              <w:start w:w="120" w:type="dxa"/>
              <w:bottom w:w="90" w:type="dxa"/>
              <w:end w:w="120" w:type="dxa"/>
            </w:tcMar>
            <w:vAlign w:val="center"/>
          </w:tcPr>
          <w:p>
            <w:pPr>
              <w:spacing w:after="0"/>
              <w:jc w:val="center"/>
            </w:pPr>
            <w:r>
              <w:rPr>
                <w:rFonts w:ascii="Aptos" w:hAnsi="Aptos"/>
                <w:sz w:val="18"/>
              </w:rPr>
              <w:t>24</w:t>
            </w:r>
          </w:p>
        </w:tc>
        <w:tc>
          <w:tcPr>
            <w:tcW w:type="dxa" w:w="1440"/>
            <w:tcMar>
              <w:top w:w="90" w:type="dxa"/>
              <w:start w:w="120" w:type="dxa"/>
              <w:bottom w:w="90" w:type="dxa"/>
              <w:end w:w="120" w:type="dxa"/>
            </w:tcMar>
            <w:vAlign w:val="center"/>
          </w:tcPr>
          <w:p>
            <w:pPr>
              <w:spacing w:after="0"/>
              <w:jc w:val="center"/>
            </w:pPr>
            <w:r>
              <w:rPr>
                <w:rFonts w:ascii="Aptos" w:hAnsi="Aptos"/>
                <w:sz w:val="18"/>
              </w:rPr>
              <w:t>6</w:t>
            </w:r>
          </w:p>
        </w:tc>
      </w:tr>
    </w:tbl>
    <w:p>
      <w:pPr>
        <w:spacing w:after="0"/>
      </w:pPr>
    </w:p>
    <w:p>
      <w:r>
        <w:rPr>
          <w:rFonts w:ascii="Aptos" w:hAnsi="Aptos"/>
          <w:i w:val="0"/>
          <w:sz w:val="21"/>
        </w:rPr>
        <w:t>Cliquez sur Passer à l’étape suivante. Sur la page finale, cliquez sur Enregistrer le raffinement R3, puis sur Passer au raffinement R4.</w:t>
      </w:r>
    </w:p>
    <w:p>
      <w:pPr>
        <w:pStyle w:val="Heading1"/>
        <w:pageBreakBefore/>
      </w:pPr>
      <w:r>
        <w:t>R4 — Expliquer les heures de petits travaux</w:t>
      </w:r>
    </w:p>
    <w:p>
      <w:pPr>
        <w:pStyle w:val="Heading2"/>
      </w:pPr>
      <w:r>
        <w:t>Choisir et décrire le raffinement</w:t>
      </w:r>
    </w:p>
    <w:p>
      <w:r>
        <w:rPr>
          <w:rFonts w:ascii="Aptos" w:hAnsi="Aptos"/>
          <w:i w:val="0"/>
          <w:sz w:val="21"/>
        </w:rPr>
        <w:t>Sur Choix de l’opération, choisissez Développer plus précisément une partie du modèle existant, puis cliquez sur Enregistrer et Passer à l’étape suivante.</w:t>
      </w:r>
    </w:p>
    <w:p>
      <w:r>
        <w:rPr>
          <w:rFonts w:ascii="Aptos" w:hAnsi="Aptos"/>
          <w:i w:val="0"/>
          <w:sz w:val="21"/>
        </w:rPr>
        <w:t>Dans Constante provisoire à raffiner, choisissez Heures de petits travaux.</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TEXTE DU RAFFINEMENT</w:t>
            </w:r>
          </w:p>
          <w:p>
            <w:pPr>
              <w:spacing w:after="0"/>
            </w:pPr>
            <w:r>
              <w:rPr>
                <w:rFonts w:ascii="Aptos" w:hAnsi="Aptos"/>
                <w:i/>
                <w:color w:val="183444"/>
                <w:sz w:val="21"/>
              </w:rPr>
              <w:t>Les Heures de petits travaux dépendent directement de deux grandeurs nommées « Jours travaillés » et « Heures par jour ». Elles sont égales aux Jours travaillés multipliés par les Heures par jour.</w:t>
            </w:r>
          </w:p>
        </w:tc>
      </w:tr>
    </w:tbl>
    <w:p>
      <w:pPr>
        <w:spacing w:after="0"/>
      </w:pPr>
    </w:p>
    <w:p>
      <w:r>
        <w:rPr>
          <w:rFonts w:ascii="Aptos" w:hAnsi="Aptos"/>
          <w:i w:val="0"/>
          <w:sz w:val="21"/>
        </w:rPr>
        <w:t>Cliquez sur Enregistrer, puis sur Passer à l’étape suivante.</w:t>
      </w:r>
    </w:p>
    <w:p>
      <w:pPr>
        <w:pStyle w:val="Heading2"/>
      </w:pPr>
      <w:r>
        <w:t>Vérifier la relation et les noms</w:t>
      </w:r>
    </w:p>
    <w:p>
      <w:r>
        <w:rPr>
          <w:rFonts w:ascii="Aptos" w:hAnsi="Aptos"/>
          <w:i w:val="0"/>
          <w:sz w:val="21"/>
        </w:rPr>
        <w:t>Après vérification du Texte intermédiaire, cliquez sur Passer à la traduction formelle.</w:t>
      </w: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0"/>
            </w:pPr>
            <w:r>
              <w:rPr>
                <w:rFonts w:ascii="Consolas" w:hAnsi="Consolas"/>
                <w:color w:val="183444"/>
                <w:sz w:val="19"/>
              </w:rPr>
              <w:t>[Heures de petits travaux] = [Jours travaillés] * [Heures par jour]</w:t>
            </w:r>
          </w:p>
        </w:tc>
      </w:tr>
    </w:tbl>
    <w:p>
      <w:pPr>
        <w:spacing w:after="0"/>
      </w:pPr>
    </w:p>
    <w:p>
      <w:r>
        <w:rPr>
          <w:rFonts w:ascii="Aptos" w:hAnsi="Aptos"/>
          <w:i w:val="0"/>
          <w:sz w:val="21"/>
        </w:rPr>
        <w:t>Vérifiez particulièrement les noms proposés. Ils doivent correspondre à Jours travaillés et Heures par jour, ou à des formulations clairement équivalentes que vous acceptez de conserver dans le modèle.</w:t>
      </w:r>
    </w:p>
    <w:p>
      <w:r>
        <w:rPr>
          <w:rFonts w:ascii="Aptos" w:hAnsi="Aptos"/>
          <w:i w:val="0"/>
          <w:sz w:val="21"/>
        </w:rPr>
        <w:t>Les premières bornes de Heures de petits travaux sont 0 à 6. Conservez-les, puis cliquez sur Enregistrer les bornes.</w:t>
      </w: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4031"/>
        <w:gridCol w:w="2232"/>
        <w:gridCol w:w="1728"/>
        <w:gridCol w:w="1728"/>
      </w:tblGrid>
      <w:tr>
        <w:trPr>
          <w:tblHeader w:val="true"/>
        </w:trPr>
        <w:tc>
          <w:tcPr>
            <w:tcW w:type="dxa" w:w="4031"/>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Statut</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Minimum</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Maximum</w:t>
            </w:r>
          </w:p>
        </w:tc>
      </w:tr>
      <w:tr>
        <w:tc>
          <w:tcPr>
            <w:tcW w:type="dxa" w:w="4031"/>
            <w:tcMar>
              <w:top w:w="90" w:type="dxa"/>
              <w:start w:w="120" w:type="dxa"/>
              <w:bottom w:w="90" w:type="dxa"/>
              <w:end w:w="120" w:type="dxa"/>
            </w:tcMar>
            <w:vAlign w:val="center"/>
          </w:tcPr>
          <w:p>
            <w:pPr>
              <w:spacing w:after="0"/>
              <w:jc w:val="left"/>
            </w:pPr>
            <w:r>
              <w:rPr>
                <w:rFonts w:ascii="Aptos" w:hAnsi="Aptos"/>
                <w:sz w:val="18"/>
              </w:rPr>
              <w:t>Jours travaillés</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0</w:t>
            </w:r>
          </w:p>
        </w:tc>
        <w:tc>
          <w:tcPr>
            <w:tcW w:type="dxa" w:w="1728"/>
            <w:tcMar>
              <w:top w:w="90" w:type="dxa"/>
              <w:start w:w="120" w:type="dxa"/>
              <w:bottom w:w="90" w:type="dxa"/>
              <w:end w:w="120" w:type="dxa"/>
            </w:tcMar>
            <w:vAlign w:val="center"/>
          </w:tcPr>
          <w:p>
            <w:pPr>
              <w:spacing w:after="0"/>
              <w:jc w:val="center"/>
            </w:pPr>
            <w:r>
              <w:rPr>
                <w:rFonts w:ascii="Aptos" w:hAnsi="Aptos"/>
                <w:sz w:val="18"/>
              </w:rPr>
              <w:t>3</w:t>
            </w:r>
          </w:p>
        </w:tc>
      </w:tr>
      <w:tr>
        <w:tc>
          <w:tcPr>
            <w:tcW w:type="dxa" w:w="4031"/>
            <w:tcMar>
              <w:top w:w="90" w:type="dxa"/>
              <w:start w:w="120" w:type="dxa"/>
              <w:bottom w:w="90" w:type="dxa"/>
              <w:end w:w="120" w:type="dxa"/>
            </w:tcMar>
            <w:vAlign w:val="center"/>
          </w:tcPr>
          <w:p>
            <w:pPr>
              <w:spacing w:after="0"/>
              <w:jc w:val="left"/>
            </w:pPr>
            <w:r>
              <w:rPr>
                <w:rFonts w:ascii="Aptos" w:hAnsi="Aptos"/>
                <w:sz w:val="18"/>
              </w:rPr>
              <w:t>Heures par jour</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0,5</w:t>
            </w:r>
          </w:p>
        </w:tc>
        <w:tc>
          <w:tcPr>
            <w:tcW w:type="dxa" w:w="1728"/>
            <w:tcMar>
              <w:top w:w="90" w:type="dxa"/>
              <w:start w:w="120" w:type="dxa"/>
              <w:bottom w:w="90" w:type="dxa"/>
              <w:end w:w="120" w:type="dxa"/>
            </w:tcMar>
            <w:vAlign w:val="center"/>
          </w:tcPr>
          <w:p>
            <w:pPr>
              <w:spacing w:after="0"/>
              <w:jc w:val="center"/>
            </w:pPr>
            <w:r>
              <w:rPr>
                <w:rFonts w:ascii="Aptos" w:hAnsi="Aptos"/>
                <w:sz w:val="18"/>
              </w:rPr>
              <w:t>2</w:t>
            </w:r>
          </w:p>
        </w:tc>
      </w:tr>
    </w:tbl>
    <w:p>
      <w:pPr>
        <w:spacing w:after="0"/>
      </w:pPr>
    </w:p>
    <w:p>
      <w:r>
        <w:rPr>
          <w:rFonts w:ascii="Aptos" w:hAnsi="Aptos"/>
          <w:i w:val="0"/>
          <w:sz w:val="21"/>
        </w:rPr>
        <w:t>Cliquez sur Enregistrer les caractéristiques structurelles, puis sur Passer à l’étape suivante.</w:t>
      </w:r>
    </w:p>
    <w:p>
      <w:pPr>
        <w:pStyle w:val="Heading2"/>
      </w:pPr>
      <w:r>
        <w:t>Calcul final</w:t>
      </w:r>
    </w:p>
    <w:p>
      <w:r>
        <w:rPr>
          <w:rFonts w:ascii="Aptos" w:hAnsi="Aptos"/>
          <w:i w:val="0"/>
          <w:sz w:val="21"/>
        </w:rPr>
        <w:t>Sur Choix des résultats à afficher dans le tableau des calculs, sélectionnez Épargne, Argent gagné, Dépenses et Heures de petits travaux. Cliquez sur Passer à l’étape suivante.</w:t>
      </w:r>
    </w:p>
    <w:p>
      <w:r>
        <w:rPr>
          <w:rFonts w:ascii="Aptos" w:hAnsi="Aptos"/>
          <w:i w:val="0"/>
          <w:sz w:val="21"/>
        </w:rPr>
        <w:t>Sur Utilisation du modèle, saisissez :</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Jours travaillés</w:t>
            </w:r>
          </w:p>
        </w:tc>
        <w:tc>
          <w:tcPr>
            <w:tcW w:type="dxa" w:w="3240"/>
            <w:tcMar>
              <w:top w:w="90" w:type="dxa"/>
              <w:start w:w="120" w:type="dxa"/>
              <w:bottom w:w="90" w:type="dxa"/>
              <w:end w:w="120" w:type="dxa"/>
            </w:tcMar>
            <w:vAlign w:val="center"/>
          </w:tcPr>
          <w:p>
            <w:pPr>
              <w:spacing w:after="0"/>
              <w:jc w:val="center"/>
            </w:pPr>
            <w:r>
              <w:rPr>
                <w:rFonts w:ascii="Aptos" w:hAnsi="Aptos"/>
                <w:sz w:val="18"/>
              </w:rPr>
              <w:t>2</w:t>
            </w:r>
          </w:p>
        </w:tc>
      </w:tr>
      <w:tr>
        <w:tc>
          <w:tcPr>
            <w:tcW w:type="dxa" w:w="6480"/>
            <w:tcMar>
              <w:top w:w="90" w:type="dxa"/>
              <w:start w:w="120" w:type="dxa"/>
              <w:bottom w:w="90" w:type="dxa"/>
              <w:end w:w="120" w:type="dxa"/>
            </w:tcMar>
            <w:vAlign w:val="center"/>
          </w:tcPr>
          <w:p>
            <w:pPr>
              <w:spacing w:after="0"/>
              <w:jc w:val="left"/>
            </w:pPr>
            <w:r>
              <w:rPr>
                <w:rFonts w:ascii="Aptos" w:hAnsi="Aptos"/>
                <w:sz w:val="18"/>
              </w:rPr>
              <w:t>Heures par jour</w:t>
            </w:r>
          </w:p>
        </w:tc>
        <w:tc>
          <w:tcPr>
            <w:tcW w:type="dxa" w:w="3240"/>
            <w:tcMar>
              <w:top w:w="90" w:type="dxa"/>
              <w:start w:w="120" w:type="dxa"/>
              <w:bottom w:w="90" w:type="dxa"/>
              <w:end w:w="120" w:type="dxa"/>
            </w:tcMar>
            <w:vAlign w:val="center"/>
          </w:tcPr>
          <w:p>
            <w:pPr>
              <w:spacing w:after="0"/>
              <w:jc w:val="center"/>
            </w:pPr>
            <w:r>
              <w:rPr>
                <w:rFonts w:ascii="Aptos" w:hAnsi="Aptos"/>
                <w:sz w:val="18"/>
              </w:rPr>
              <w:t>1,5</w:t>
            </w:r>
          </w:p>
        </w:tc>
      </w:tr>
    </w:tbl>
    <w:p>
      <w:pPr>
        <w:spacing w:after="0"/>
      </w:pPr>
    </w:p>
    <w:p>
      <w:r>
        <w:rPr>
          <w:rFonts w:ascii="Aptos" w:hAnsi="Aptos"/>
          <w:i w:val="0"/>
          <w:sz w:val="21"/>
        </w:rPr>
        <w:t>Les autres valeurs de travail sont héritées : Gain par heure = 8, Nombre d’achats = 1 et Coût moyen par achat = 6.</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Heures de petits travaux = 3</w:t>
            </w:r>
          </w:p>
          <w:p>
            <w:pPr>
              <w:spacing w:after="60"/>
            </w:pPr>
            <w:r>
              <w:rPr>
                <w:rFonts w:ascii="Aptos" w:hAnsi="Aptos"/>
                <w:sz w:val="19"/>
              </w:rPr>
              <w:t>Argent gagné = 24</w:t>
            </w:r>
          </w:p>
          <w:p>
            <w:pPr>
              <w:spacing w:after="60"/>
            </w:pPr>
            <w:r>
              <w:rPr>
                <w:rFonts w:ascii="Aptos" w:hAnsi="Aptos"/>
                <w:sz w:val="19"/>
              </w:rPr>
              <w:t>Dépenses = 6</w:t>
            </w:r>
          </w:p>
        </w:tc>
      </w:tr>
    </w:tbl>
    <w:p>
      <w:pPr>
        <w:spacing w:after="0"/>
      </w:pP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1152"/>
        <w:gridCol w:w="2232"/>
        <w:gridCol w:w="2232"/>
        <w:gridCol w:w="1368"/>
        <w:gridCol w:w="1224"/>
        <w:gridCol w:w="1512"/>
      </w:tblGrid>
      <w:tr>
        <w:trPr>
          <w:tblHeader w:val="true"/>
        </w:trPr>
        <w:tc>
          <w:tcPr>
            <w:tcW w:type="dxa" w:w="1152"/>
            <w:shd w:fill="EAF2F6"/>
            <w:tcMar>
              <w:top w:w="90" w:type="dxa"/>
              <w:start w:w="120" w:type="dxa"/>
              <w:bottom w:w="90" w:type="dxa"/>
              <w:end w:w="120" w:type="dxa"/>
            </w:tcMar>
            <w:vAlign w:val="center"/>
          </w:tcPr>
          <w:p>
            <w:pPr>
              <w:spacing w:after="0"/>
              <w:jc w:val="left"/>
            </w:pPr>
            <w:r>
              <w:rPr>
                <w:rFonts w:ascii="Aptos" w:hAnsi="Aptos"/>
                <w:b/>
                <w:color w:val="183444"/>
                <w:sz w:val="18"/>
              </w:rPr>
              <w:t>Période</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Épargne — début de période</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Épargne — fin de période</w:t>
            </w:r>
          </w:p>
        </w:tc>
        <w:tc>
          <w:tcPr>
            <w:tcW w:type="dxa" w:w="1368"/>
            <w:shd w:fill="EAF2F6"/>
            <w:tcMar>
              <w:top w:w="90" w:type="dxa"/>
              <w:start w:w="120" w:type="dxa"/>
              <w:bottom w:w="90" w:type="dxa"/>
              <w:end w:w="120" w:type="dxa"/>
            </w:tcMar>
            <w:vAlign w:val="center"/>
          </w:tcPr>
          <w:p>
            <w:pPr>
              <w:spacing w:after="0"/>
              <w:jc w:val="center"/>
            </w:pPr>
            <w:r>
              <w:rPr>
                <w:rFonts w:ascii="Aptos" w:hAnsi="Aptos"/>
                <w:b/>
                <w:color w:val="183444"/>
                <w:sz w:val="18"/>
              </w:rPr>
              <w:t>Argent gagné</w:t>
            </w:r>
          </w:p>
        </w:tc>
        <w:tc>
          <w:tcPr>
            <w:tcW w:type="dxa" w:w="1224"/>
            <w:shd w:fill="EAF2F6"/>
            <w:tcMar>
              <w:top w:w="90" w:type="dxa"/>
              <w:start w:w="120" w:type="dxa"/>
              <w:bottom w:w="90" w:type="dxa"/>
              <w:end w:w="120" w:type="dxa"/>
            </w:tcMar>
            <w:vAlign w:val="center"/>
          </w:tcPr>
          <w:p>
            <w:pPr>
              <w:spacing w:after="0"/>
              <w:jc w:val="center"/>
            </w:pPr>
            <w:r>
              <w:rPr>
                <w:rFonts w:ascii="Aptos" w:hAnsi="Aptos"/>
                <w:b/>
                <w:color w:val="183444"/>
                <w:sz w:val="18"/>
              </w:rPr>
              <w:t>Dépenses</w:t>
            </w:r>
          </w:p>
        </w:tc>
        <w:tc>
          <w:tcPr>
            <w:tcW w:type="dxa" w:w="1512"/>
            <w:shd w:fill="EAF2F6"/>
            <w:tcMar>
              <w:top w:w="90" w:type="dxa"/>
              <w:start w:w="120" w:type="dxa"/>
              <w:bottom w:w="90" w:type="dxa"/>
              <w:end w:w="120" w:type="dxa"/>
            </w:tcMar>
            <w:vAlign w:val="center"/>
          </w:tcPr>
          <w:p>
            <w:pPr>
              <w:spacing w:after="0"/>
              <w:jc w:val="center"/>
            </w:pPr>
            <w:r>
              <w:rPr>
                <w:rFonts w:ascii="Aptos" w:hAnsi="Aptos"/>
                <w:b/>
                <w:color w:val="183444"/>
                <w:sz w:val="18"/>
              </w:rPr>
              <w:t>Heures de petits travaux</w:t>
            </w:r>
          </w:p>
        </w:tc>
      </w:tr>
      <w:tr>
        <w:tc>
          <w:tcPr>
            <w:tcW w:type="dxa" w:w="1152"/>
            <w:tcMar>
              <w:top w:w="90" w:type="dxa"/>
              <w:start w:w="120" w:type="dxa"/>
              <w:bottom w:w="90" w:type="dxa"/>
              <w:end w:w="120" w:type="dxa"/>
            </w:tcMar>
            <w:vAlign w:val="center"/>
          </w:tcPr>
          <w:p>
            <w:pPr>
              <w:spacing w:after="0"/>
              <w:jc w:val="center"/>
            </w:pPr>
            <w:r>
              <w:rPr>
                <w:rFonts w:ascii="Aptos" w:hAnsi="Aptos"/>
                <w:sz w:val="18"/>
              </w:rPr>
              <w:t>1 mois</w:t>
            </w:r>
          </w:p>
        </w:tc>
        <w:tc>
          <w:tcPr>
            <w:tcW w:type="dxa" w:w="2232"/>
            <w:tcMar>
              <w:top w:w="90" w:type="dxa"/>
              <w:start w:w="120" w:type="dxa"/>
              <w:bottom w:w="90" w:type="dxa"/>
              <w:end w:w="120" w:type="dxa"/>
            </w:tcMar>
            <w:vAlign w:val="center"/>
          </w:tcPr>
          <w:p>
            <w:pPr>
              <w:spacing w:after="0"/>
              <w:jc w:val="center"/>
            </w:pPr>
            <w:r>
              <w:rPr>
                <w:rFonts w:ascii="Aptos" w:hAnsi="Aptos"/>
                <w:sz w:val="18"/>
              </w:rPr>
              <w:t>20</w:t>
            </w:r>
          </w:p>
        </w:tc>
        <w:tc>
          <w:tcPr>
            <w:tcW w:type="dxa" w:w="2232"/>
            <w:tcMar>
              <w:top w:w="90" w:type="dxa"/>
              <w:start w:w="120" w:type="dxa"/>
              <w:bottom w:w="90" w:type="dxa"/>
              <w:end w:w="120" w:type="dxa"/>
            </w:tcMar>
            <w:vAlign w:val="center"/>
          </w:tcPr>
          <w:p>
            <w:pPr>
              <w:spacing w:after="0"/>
              <w:jc w:val="center"/>
            </w:pPr>
            <w:r>
              <w:rPr>
                <w:rFonts w:ascii="Aptos" w:hAnsi="Aptos"/>
                <w:sz w:val="18"/>
              </w:rPr>
              <w:t>38</w:t>
            </w:r>
          </w:p>
        </w:tc>
        <w:tc>
          <w:tcPr>
            <w:tcW w:type="dxa" w:w="1368"/>
            <w:tcMar>
              <w:top w:w="90" w:type="dxa"/>
              <w:start w:w="120" w:type="dxa"/>
              <w:bottom w:w="90" w:type="dxa"/>
              <w:end w:w="120" w:type="dxa"/>
            </w:tcMar>
            <w:vAlign w:val="center"/>
          </w:tcPr>
          <w:p>
            <w:pPr>
              <w:spacing w:after="0"/>
              <w:jc w:val="center"/>
            </w:pPr>
            <w:r>
              <w:rPr>
                <w:rFonts w:ascii="Aptos" w:hAnsi="Aptos"/>
                <w:sz w:val="18"/>
              </w:rPr>
              <w:t>24</w:t>
            </w:r>
          </w:p>
        </w:tc>
        <w:tc>
          <w:tcPr>
            <w:tcW w:type="dxa" w:w="1224"/>
            <w:tcMar>
              <w:top w:w="90" w:type="dxa"/>
              <w:start w:w="120" w:type="dxa"/>
              <w:bottom w:w="90" w:type="dxa"/>
              <w:end w:w="120" w:type="dxa"/>
            </w:tcMar>
            <w:vAlign w:val="center"/>
          </w:tcPr>
          <w:p>
            <w:pPr>
              <w:spacing w:after="0"/>
              <w:jc w:val="center"/>
            </w:pPr>
            <w:r>
              <w:rPr>
                <w:rFonts w:ascii="Aptos" w:hAnsi="Aptos"/>
                <w:sz w:val="18"/>
              </w:rPr>
              <w:t>6</w:t>
            </w:r>
          </w:p>
        </w:tc>
        <w:tc>
          <w:tcPr>
            <w:tcW w:type="dxa" w:w="1512"/>
            <w:tcMar>
              <w:top w:w="90" w:type="dxa"/>
              <w:start w:w="120" w:type="dxa"/>
              <w:bottom w:w="90" w:type="dxa"/>
              <w:end w:w="120" w:type="dxa"/>
            </w:tcMar>
            <w:vAlign w:val="center"/>
          </w:tcPr>
          <w:p>
            <w:pPr>
              <w:spacing w:after="0"/>
              <w:jc w:val="center"/>
            </w:pPr>
            <w:r>
              <w:rPr>
                <w:rFonts w:ascii="Aptos" w:hAnsi="Aptos"/>
                <w:sz w:val="18"/>
              </w:rPr>
              <w:t>3</w:t>
            </w:r>
          </w:p>
        </w:tc>
      </w:tr>
      <w:tr>
        <w:tc>
          <w:tcPr>
            <w:tcW w:type="dxa" w:w="1152"/>
            <w:tcMar>
              <w:top w:w="90" w:type="dxa"/>
              <w:start w:w="120" w:type="dxa"/>
              <w:bottom w:w="90" w:type="dxa"/>
              <w:end w:w="120" w:type="dxa"/>
            </w:tcMar>
            <w:vAlign w:val="center"/>
          </w:tcPr>
          <w:p>
            <w:pPr>
              <w:spacing w:after="0"/>
              <w:jc w:val="center"/>
            </w:pPr>
            <w:r>
              <w:rPr>
                <w:rFonts w:ascii="Aptos" w:hAnsi="Aptos"/>
                <w:sz w:val="18"/>
              </w:rPr>
              <w:t>2 mois</w:t>
            </w:r>
          </w:p>
        </w:tc>
        <w:tc>
          <w:tcPr>
            <w:tcW w:type="dxa" w:w="2232"/>
            <w:tcMar>
              <w:top w:w="90" w:type="dxa"/>
              <w:start w:w="120" w:type="dxa"/>
              <w:bottom w:w="90" w:type="dxa"/>
              <w:end w:w="120" w:type="dxa"/>
            </w:tcMar>
            <w:vAlign w:val="center"/>
          </w:tcPr>
          <w:p>
            <w:pPr>
              <w:spacing w:after="0"/>
              <w:jc w:val="center"/>
            </w:pPr>
            <w:r>
              <w:rPr>
                <w:rFonts w:ascii="Aptos" w:hAnsi="Aptos"/>
                <w:sz w:val="18"/>
              </w:rPr>
              <w:t>38</w:t>
            </w:r>
          </w:p>
        </w:tc>
        <w:tc>
          <w:tcPr>
            <w:tcW w:type="dxa" w:w="2232"/>
            <w:tcMar>
              <w:top w:w="90" w:type="dxa"/>
              <w:start w:w="120" w:type="dxa"/>
              <w:bottom w:w="90" w:type="dxa"/>
              <w:end w:w="120" w:type="dxa"/>
            </w:tcMar>
            <w:vAlign w:val="center"/>
          </w:tcPr>
          <w:p>
            <w:pPr>
              <w:spacing w:after="0"/>
              <w:jc w:val="center"/>
            </w:pPr>
            <w:r>
              <w:rPr>
                <w:rFonts w:ascii="Aptos" w:hAnsi="Aptos"/>
                <w:sz w:val="18"/>
              </w:rPr>
              <w:t>56</w:t>
            </w:r>
          </w:p>
        </w:tc>
        <w:tc>
          <w:tcPr>
            <w:tcW w:type="dxa" w:w="1368"/>
            <w:tcMar>
              <w:top w:w="90" w:type="dxa"/>
              <w:start w:w="120" w:type="dxa"/>
              <w:bottom w:w="90" w:type="dxa"/>
              <w:end w:w="120" w:type="dxa"/>
            </w:tcMar>
            <w:vAlign w:val="center"/>
          </w:tcPr>
          <w:p>
            <w:pPr>
              <w:spacing w:after="0"/>
              <w:jc w:val="center"/>
            </w:pPr>
            <w:r>
              <w:rPr>
                <w:rFonts w:ascii="Aptos" w:hAnsi="Aptos"/>
                <w:sz w:val="18"/>
              </w:rPr>
              <w:t>24</w:t>
            </w:r>
          </w:p>
        </w:tc>
        <w:tc>
          <w:tcPr>
            <w:tcW w:type="dxa" w:w="1224"/>
            <w:tcMar>
              <w:top w:w="90" w:type="dxa"/>
              <w:start w:w="120" w:type="dxa"/>
              <w:bottom w:w="90" w:type="dxa"/>
              <w:end w:w="120" w:type="dxa"/>
            </w:tcMar>
            <w:vAlign w:val="center"/>
          </w:tcPr>
          <w:p>
            <w:pPr>
              <w:spacing w:after="0"/>
              <w:jc w:val="center"/>
            </w:pPr>
            <w:r>
              <w:rPr>
                <w:rFonts w:ascii="Aptos" w:hAnsi="Aptos"/>
                <w:sz w:val="18"/>
              </w:rPr>
              <w:t>6</w:t>
            </w:r>
          </w:p>
        </w:tc>
        <w:tc>
          <w:tcPr>
            <w:tcW w:type="dxa" w:w="1512"/>
            <w:tcMar>
              <w:top w:w="90" w:type="dxa"/>
              <w:start w:w="120" w:type="dxa"/>
              <w:bottom w:w="90" w:type="dxa"/>
              <w:end w:w="120" w:type="dxa"/>
            </w:tcMar>
            <w:vAlign w:val="center"/>
          </w:tcPr>
          <w:p>
            <w:pPr>
              <w:spacing w:after="0"/>
              <w:jc w:val="center"/>
            </w:pPr>
            <w:r>
              <w:rPr>
                <w:rFonts w:ascii="Aptos" w:hAnsi="Aptos"/>
                <w:sz w:val="18"/>
              </w:rPr>
              <w:t>3</w:t>
            </w:r>
          </w:p>
        </w:tc>
      </w:tr>
      <w:tr>
        <w:tc>
          <w:tcPr>
            <w:tcW w:type="dxa" w:w="1152"/>
            <w:tcMar>
              <w:top w:w="90" w:type="dxa"/>
              <w:start w:w="120" w:type="dxa"/>
              <w:bottom w:w="90" w:type="dxa"/>
              <w:end w:w="120" w:type="dxa"/>
            </w:tcMar>
            <w:vAlign w:val="center"/>
          </w:tcPr>
          <w:p>
            <w:pPr>
              <w:spacing w:after="0"/>
              <w:jc w:val="center"/>
            </w:pPr>
            <w:r>
              <w:rPr>
                <w:rFonts w:ascii="Aptos" w:hAnsi="Aptos"/>
                <w:sz w:val="18"/>
              </w:rPr>
              <w:t>3 mois</w:t>
            </w:r>
          </w:p>
        </w:tc>
        <w:tc>
          <w:tcPr>
            <w:tcW w:type="dxa" w:w="2232"/>
            <w:tcMar>
              <w:top w:w="90" w:type="dxa"/>
              <w:start w:w="120" w:type="dxa"/>
              <w:bottom w:w="90" w:type="dxa"/>
              <w:end w:w="120" w:type="dxa"/>
            </w:tcMar>
            <w:vAlign w:val="center"/>
          </w:tcPr>
          <w:p>
            <w:pPr>
              <w:spacing w:after="0"/>
              <w:jc w:val="center"/>
            </w:pPr>
            <w:r>
              <w:rPr>
                <w:rFonts w:ascii="Aptos" w:hAnsi="Aptos"/>
                <w:sz w:val="18"/>
              </w:rPr>
              <w:t>56</w:t>
            </w:r>
          </w:p>
        </w:tc>
        <w:tc>
          <w:tcPr>
            <w:tcW w:type="dxa" w:w="2232"/>
            <w:tcMar>
              <w:top w:w="90" w:type="dxa"/>
              <w:start w:w="120" w:type="dxa"/>
              <w:bottom w:w="90" w:type="dxa"/>
              <w:end w:w="120" w:type="dxa"/>
            </w:tcMar>
            <w:vAlign w:val="center"/>
          </w:tcPr>
          <w:p>
            <w:pPr>
              <w:spacing w:after="0"/>
              <w:jc w:val="center"/>
            </w:pPr>
            <w:r>
              <w:rPr>
                <w:rFonts w:ascii="Aptos" w:hAnsi="Aptos"/>
                <w:sz w:val="18"/>
              </w:rPr>
              <w:t>74</w:t>
            </w:r>
          </w:p>
        </w:tc>
        <w:tc>
          <w:tcPr>
            <w:tcW w:type="dxa" w:w="1368"/>
            <w:tcMar>
              <w:top w:w="90" w:type="dxa"/>
              <w:start w:w="120" w:type="dxa"/>
              <w:bottom w:w="90" w:type="dxa"/>
              <w:end w:w="120" w:type="dxa"/>
            </w:tcMar>
            <w:vAlign w:val="center"/>
          </w:tcPr>
          <w:p>
            <w:pPr>
              <w:spacing w:after="0"/>
              <w:jc w:val="center"/>
            </w:pPr>
            <w:r>
              <w:rPr>
                <w:rFonts w:ascii="Aptos" w:hAnsi="Aptos"/>
                <w:sz w:val="18"/>
              </w:rPr>
              <w:t>24</w:t>
            </w:r>
          </w:p>
        </w:tc>
        <w:tc>
          <w:tcPr>
            <w:tcW w:type="dxa" w:w="1224"/>
            <w:tcMar>
              <w:top w:w="90" w:type="dxa"/>
              <w:start w:w="120" w:type="dxa"/>
              <w:bottom w:w="90" w:type="dxa"/>
              <w:end w:w="120" w:type="dxa"/>
            </w:tcMar>
            <w:vAlign w:val="center"/>
          </w:tcPr>
          <w:p>
            <w:pPr>
              <w:spacing w:after="0"/>
              <w:jc w:val="center"/>
            </w:pPr>
            <w:r>
              <w:rPr>
                <w:rFonts w:ascii="Aptos" w:hAnsi="Aptos"/>
                <w:sz w:val="18"/>
              </w:rPr>
              <w:t>6</w:t>
            </w:r>
          </w:p>
        </w:tc>
        <w:tc>
          <w:tcPr>
            <w:tcW w:type="dxa" w:w="1512"/>
            <w:tcMar>
              <w:top w:w="90" w:type="dxa"/>
              <w:start w:w="120" w:type="dxa"/>
              <w:bottom w:w="90" w:type="dxa"/>
              <w:end w:w="120" w:type="dxa"/>
            </w:tcMar>
            <w:vAlign w:val="center"/>
          </w:tcPr>
          <w:p>
            <w:pPr>
              <w:spacing w:after="0"/>
              <w:jc w:val="center"/>
            </w:pPr>
            <w:r>
              <w:rPr>
                <w:rFonts w:ascii="Aptos" w:hAnsi="Aptos"/>
                <w:sz w:val="18"/>
              </w:rPr>
              <w:t>3</w:t>
            </w:r>
          </w:p>
        </w:tc>
      </w:tr>
      <w:tr>
        <w:tc>
          <w:tcPr>
            <w:tcW w:type="dxa" w:w="1152"/>
            <w:tcMar>
              <w:top w:w="90" w:type="dxa"/>
              <w:start w:w="120" w:type="dxa"/>
              <w:bottom w:w="90" w:type="dxa"/>
              <w:end w:w="120" w:type="dxa"/>
            </w:tcMar>
            <w:vAlign w:val="center"/>
          </w:tcPr>
          <w:p>
            <w:pPr>
              <w:spacing w:after="0"/>
              <w:jc w:val="center"/>
            </w:pPr>
            <w:r>
              <w:rPr>
                <w:rFonts w:ascii="Aptos" w:hAnsi="Aptos"/>
                <w:sz w:val="18"/>
              </w:rPr>
              <w:t>4 mois</w:t>
            </w:r>
          </w:p>
        </w:tc>
        <w:tc>
          <w:tcPr>
            <w:tcW w:type="dxa" w:w="2232"/>
            <w:tcMar>
              <w:top w:w="90" w:type="dxa"/>
              <w:start w:w="120" w:type="dxa"/>
              <w:bottom w:w="90" w:type="dxa"/>
              <w:end w:w="120" w:type="dxa"/>
            </w:tcMar>
            <w:vAlign w:val="center"/>
          </w:tcPr>
          <w:p>
            <w:pPr>
              <w:spacing w:after="0"/>
              <w:jc w:val="center"/>
            </w:pPr>
            <w:r>
              <w:rPr>
                <w:rFonts w:ascii="Aptos" w:hAnsi="Aptos"/>
                <w:sz w:val="18"/>
              </w:rPr>
              <w:t>74</w:t>
            </w:r>
          </w:p>
        </w:tc>
        <w:tc>
          <w:tcPr>
            <w:tcW w:type="dxa" w:w="2232"/>
            <w:tcMar>
              <w:top w:w="90" w:type="dxa"/>
              <w:start w:w="120" w:type="dxa"/>
              <w:bottom w:w="90" w:type="dxa"/>
              <w:end w:w="120" w:type="dxa"/>
            </w:tcMar>
            <w:vAlign w:val="center"/>
          </w:tcPr>
          <w:p>
            <w:pPr>
              <w:spacing w:after="0"/>
              <w:jc w:val="center"/>
            </w:pPr>
            <w:r>
              <w:rPr>
                <w:rFonts w:ascii="Aptos" w:hAnsi="Aptos"/>
                <w:sz w:val="18"/>
              </w:rPr>
              <w:t>92</w:t>
            </w:r>
          </w:p>
        </w:tc>
        <w:tc>
          <w:tcPr>
            <w:tcW w:type="dxa" w:w="1368"/>
            <w:tcMar>
              <w:top w:w="90" w:type="dxa"/>
              <w:start w:w="120" w:type="dxa"/>
              <w:bottom w:w="90" w:type="dxa"/>
              <w:end w:w="120" w:type="dxa"/>
            </w:tcMar>
            <w:vAlign w:val="center"/>
          </w:tcPr>
          <w:p>
            <w:pPr>
              <w:spacing w:after="0"/>
              <w:jc w:val="center"/>
            </w:pPr>
            <w:r>
              <w:rPr>
                <w:rFonts w:ascii="Aptos" w:hAnsi="Aptos"/>
                <w:sz w:val="18"/>
              </w:rPr>
              <w:t>24</w:t>
            </w:r>
          </w:p>
        </w:tc>
        <w:tc>
          <w:tcPr>
            <w:tcW w:type="dxa" w:w="1224"/>
            <w:tcMar>
              <w:top w:w="90" w:type="dxa"/>
              <w:start w:w="120" w:type="dxa"/>
              <w:bottom w:w="90" w:type="dxa"/>
              <w:end w:w="120" w:type="dxa"/>
            </w:tcMar>
            <w:vAlign w:val="center"/>
          </w:tcPr>
          <w:p>
            <w:pPr>
              <w:spacing w:after="0"/>
              <w:jc w:val="center"/>
            </w:pPr>
            <w:r>
              <w:rPr>
                <w:rFonts w:ascii="Aptos" w:hAnsi="Aptos"/>
                <w:sz w:val="18"/>
              </w:rPr>
              <w:t>6</w:t>
            </w:r>
          </w:p>
        </w:tc>
        <w:tc>
          <w:tcPr>
            <w:tcW w:type="dxa" w:w="1512"/>
            <w:tcMar>
              <w:top w:w="90" w:type="dxa"/>
              <w:start w:w="120" w:type="dxa"/>
              <w:bottom w:w="90" w:type="dxa"/>
              <w:end w:w="120" w:type="dxa"/>
            </w:tcMar>
            <w:vAlign w:val="center"/>
          </w:tcPr>
          <w:p>
            <w:pPr>
              <w:spacing w:after="0"/>
              <w:jc w:val="center"/>
            </w:pPr>
            <w:r>
              <w:rPr>
                <w:rFonts w:ascii="Aptos" w:hAnsi="Aptos"/>
                <w:sz w:val="18"/>
              </w:rPr>
              <w:t>3</w:t>
            </w:r>
          </w:p>
        </w:tc>
      </w:tr>
    </w:tbl>
    <w:p>
      <w:pPr>
        <w:spacing w:after="0"/>
      </w:pPr>
    </w:p>
    <w:p>
      <w:r>
        <w:rPr>
          <w:rFonts w:ascii="Aptos" w:hAnsi="Aptos"/>
          <w:i w:val="0"/>
          <w:sz w:val="21"/>
        </w:rPr>
        <w:t>Cliquez sur Passer à l’étape suivante, puis sur Enregistrer le raffinement R4.</w:t>
      </w:r>
    </w:p>
    <w:p>
      <w:r>
        <w:rPr>
          <w:rFonts w:ascii="Aptos" w:hAnsi="Aptos"/>
          <w:i w:val="0"/>
          <w:sz w:val="21"/>
        </w:rPr>
        <w:t>Vous avez achevé l’exemple dynamique. Vous pouvez maintenant essayer d’autres valeurs de travail et observer leur effet sur les quatre périodes. Les éventuelles conclusions personnelles peuvent rester dans votre journal.</w:t>
      </w:r>
    </w:p>
    <w:p>
      <w:pPr>
        <w:pStyle w:val="Heading1"/>
      </w:pPr>
      <w:r>
        <w:t>Si la réponse de l’IA diffère</w:t>
      </w:r>
    </w:p>
    <w:p>
      <w:r>
        <w:rPr>
          <w:rFonts w:ascii="Aptos" w:hAnsi="Aptos"/>
          <w:i w:val="0"/>
          <w:sz w:val="21"/>
        </w:rPr>
        <w:t>Vous pouvez continuer lorsque le texte intermédiaire ou l’équation :</w:t>
      </w:r>
    </w:p>
    <w:p>
      <w:pPr>
        <w:pStyle w:val="ListBullet"/>
      </w:pPr>
      <w:r>
        <w:rPr>
          <w:rFonts w:ascii="Aptos" w:hAnsi="Aptos"/>
          <w:sz w:val="21"/>
        </w:rPr>
        <w:t>calcule la bonne grandeur ;</w:t>
      </w:r>
    </w:p>
    <w:p>
      <w:pPr>
        <w:pStyle w:val="ListBullet"/>
      </w:pPr>
      <w:r>
        <w:rPr>
          <w:rFonts w:ascii="Aptos" w:hAnsi="Aptos"/>
          <w:sz w:val="21"/>
        </w:rPr>
        <w:t>emploie les bons éléments ;</w:t>
      </w:r>
    </w:p>
    <w:p>
      <w:pPr>
        <w:pStyle w:val="ListBullet"/>
      </w:pPr>
      <w:r>
        <w:rPr>
          <w:rFonts w:ascii="Aptos" w:hAnsi="Aptos"/>
          <w:sz w:val="21"/>
        </w:rPr>
        <w:t>exprime le mécanisme demandé ;</w:t>
      </w:r>
    </w:p>
    <w:p>
      <w:pPr>
        <w:pStyle w:val="ListBullet"/>
      </w:pPr>
      <w:r>
        <w:rPr>
          <w:rFonts w:ascii="Aptos" w:hAnsi="Aptos"/>
          <w:sz w:val="21"/>
        </w:rPr>
        <w:t>est mathématiquement équivalent à la relation attendue ;</w:t>
      </w:r>
    </w:p>
    <w:p>
      <w:pPr>
        <w:pStyle w:val="ListBullet"/>
      </w:pPr>
      <w:r>
        <w:rPr>
          <w:rFonts w:ascii="Aptos" w:hAnsi="Aptos"/>
          <w:sz w:val="21"/>
        </w:rPr>
        <w:t>n’introduit aucun élément inattendu.</w:t>
      </w:r>
    </w:p>
    <w:p>
      <w:r>
        <w:rPr>
          <w:rFonts w:ascii="Aptos" w:hAnsi="Aptos"/>
          <w:i w:val="0"/>
          <w:sz w:val="21"/>
        </w:rPr>
        <w:t>Si ce n’est pas le cas, revenez à Choix de la constante provisoire et texte du raffinement, cliquez sur Modifier, confirmez, reformulez le texte et reconstruisez la suite.</w:t>
      </w:r>
    </w:p>
    <w:sectPr w:rsidR="00FC693F" w:rsidRPr="0006063C" w:rsidSect="00034616">
      <w:headerReference w:type="default" r:id="rId9"/>
      <w:footerReference w:type="default" r:id="rId10"/>
      <w:pgSz w:w="12240" w:h="15840"/>
      <w:pgMar w:top="1080" w:right="1152" w:bottom="1008"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586971"/>
        <w:sz w:val="18"/>
      </w:rPr>
      <w:t xml:space="preserve">Page </w:t>
    </w:r>
    <w:r>
      <w:rPr>
        <w:rFonts w:ascii="Aptos" w:hAnsi="Aptos"/>
        <w:color w:val="586971"/>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color w:val="586971"/>
        <w:sz w:val="17"/>
      </w:rPr>
      <w:t>MeilleureDécision  |  Tutoriel de prise en main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275D78"/>
      <w:sz w:val="32"/>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Aptos Display" w:hAnsi="Aptos Display"/>
      <w:b/>
      <w:bCs/>
      <w:color w:val="275D78"/>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8344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4" w:lineRule="auto"/>
      <w:ind w:left="432" w:hanging="230"/>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4" w:lineRule="auto"/>
      <w:ind w:left="432" w:hanging="230"/>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